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DAWNBLOOM 官方渠道与反诈骗公告</w:t>
      </w:r>
    </w:p>
    <w:p>
      <w:r>
        <w:t>版本：V8 · 生效与更新日期：2026年10月10日</w:t>
      </w:r>
    </w:p>
    <w:p>
      <w:pPr>
        <w:pStyle w:val="Heading1"/>
      </w:pPr>
      <w:r>
        <w:t>目录</w:t>
      </w:r>
    </w:p>
    <w:p>
      <w:hyperlink w:anchor="section_6">
        <w:r>
          <w:rPr>
            <w:color w:val="234C70"/>
          </w:rPr>
          <w:t>一、公告目的</w:t>
        </w:r>
      </w:hyperlink>
    </w:p>
    <w:p>
      <w:hyperlink w:anchor="section_9">
        <w:r>
          <w:rPr>
            <w:color w:val="234C70"/>
          </w:rPr>
          <w:t>二、官方渠道</w:t>
        </w:r>
      </w:hyperlink>
    </w:p>
    <w:p>
      <w:hyperlink w:anchor="section_14">
        <w:r>
          <w:rPr>
            <w:color w:val="234C70"/>
          </w:rPr>
          <w:t>运营主体与法定联系信息</w:t>
        </w:r>
      </w:hyperlink>
    </w:p>
    <w:p>
      <w:hyperlink w:anchor="section_16">
        <w:r>
          <w:rPr>
            <w:color w:val="234C70"/>
          </w:rPr>
          <w:t>三、官方社交媒体与即时通讯渠道</w:t>
        </w:r>
      </w:hyperlink>
    </w:p>
    <w:p>
      <w:hyperlink w:anchor="section_21">
        <w:r>
          <w:rPr>
            <w:color w:val="234C70"/>
          </w:rPr>
          <w:t>四、官方绝不会要求你做的事</w:t>
        </w:r>
      </w:hyperlink>
    </w:p>
    <w:p>
      <w:hyperlink w:anchor="section_32">
        <w:r>
          <w:rPr>
            <w:color w:val="234C70"/>
          </w:rPr>
          <w:t>五、常见冒充官方方式</w:t>
        </w:r>
      </w:hyperlink>
    </w:p>
    <w:p>
      <w:hyperlink w:anchor="section_40">
        <w:r>
          <w:rPr>
            <w:color w:val="234C70"/>
          </w:rPr>
          <w:t>六、付款与商城安全</w:t>
        </w:r>
      </w:hyperlink>
    </w:p>
    <w:p>
      <w:hyperlink w:anchor="section_43">
        <w:r>
          <w:rPr>
            <w:color w:val="234C70"/>
          </w:rPr>
          <w:t>七、收到可疑消息时怎么办</w:t>
        </w:r>
      </w:hyperlink>
    </w:p>
    <w:p>
      <w:hyperlink w:anchor="section_50">
        <w:r>
          <w:rPr>
            <w:color w:val="234C70"/>
          </w:rPr>
          <w:t>八、官方可能向你核实哪些信息</w:t>
        </w:r>
      </w:hyperlink>
    </w:p>
    <w:p>
      <w:hyperlink w:anchor="section_53">
        <w:r>
          <w:rPr>
            <w:color w:val="234C70"/>
          </w:rPr>
          <w:t>九、官方信息的优先级</w:t>
        </w:r>
      </w:hyperlink>
    </w:p>
    <w:p>
      <w:hyperlink w:anchor="section_55">
        <w:r>
          <w:rPr>
            <w:color w:val="234C70"/>
          </w:rPr>
          <w:t>十、反诈骗快速识别卡</w:t>
        </w:r>
      </w:hyperlink>
    </w:p>
    <w:p>
      <w:hyperlink w:anchor="section_57">
        <w:r>
          <w:rPr>
            <w:color w:val="234C70"/>
          </w:rPr>
          <w:t>请记住</w:t>
        </w:r>
      </w:hyperlink>
    </w:p>
    <w:p>
      <w:r>
        <w:br w:type="page"/>
      </w:r>
    </w:p>
    <w:p>
      <w:pPr>
        <w:pStyle w:val="Title"/>
        <w:widowControl/>
      </w:pPr>
      <w:r>
        <w:t>DAWNBLOOM 官方渠道与反诈骗公告</w:t>
      </w:r>
    </w:p>
    <w:p>
      <w:pPr>
        <w:widowControl/>
      </w:pPr>
      <w:r>
        <w:t>正式版</w:t>
      </w:r>
    </w:p>
    <w:p>
      <w:pPr>
        <w:widowControl/>
      </w:pPr>
      <w:r>
        <w:t>OFFICIAL CHANNELS &amp; ANTI-FRAUD NOTICE</w:t>
      </w:r>
    </w:p>
    <w:tbl>
      <w:tblPr>
        <w:tblStyle w:val="TableGrid"/>
        <w:tblW w:type="auto" w:w="0"/>
        <w:tblLook w:firstColumn="1" w:firstRow="1" w:lastColumn="0" w:lastRow="0" w:noHBand="0" w:noVBand="1" w:val="04A0"/>
      </w:tblPr>
      <w:tblGrid>
        <w:gridCol w:w="9746"/>
      </w:tblGrid>
      <w:tr>
        <w:trPr>
          <w:tblHeader/>
        </w:trPr>
        <w:tc>
          <w:tcPr>
            <w:tcW w:type="dxa" w:w="9746"/>
          </w:tcPr>
          <w:p>
            <w:r>
              <w:t>请认准唯一官方网站</w:t>
              <w:br/>
            </w:r>
            <w:hyperlink r:id="rId11">
              <w:r>
                <w:rPr>
                  <w:color w:val="234C70"/>
                </w:rPr>
                <w:t>https://dawnbloom.net</w:t>
              </w:r>
            </w:hyperlink>
            <w:r/>
          </w:p>
        </w:tc>
      </w:tr>
    </w:tbl>
    <w:p>
      <w:pPr>
        <w:widowControl/>
      </w:pPr>
      <w:r>
        <w:t>V8 · 2026年10月10日</w:t>
        <w:br/>
        <w:t>生效日期：2026年10月10日</w:t>
      </w:r>
    </w:p>
    <w:tbl>
      <w:tblPr>
        <w:tblStyle w:val="TableGrid"/>
        <w:tblW w:type="auto" w:w="0"/>
        <w:tblLook w:firstColumn="1" w:firstRow="1" w:lastColumn="0" w:lastRow="0" w:noHBand="0" w:noVBand="1" w:val="04A0"/>
      </w:tblPr>
      <w:tblGrid>
        <w:gridCol w:w="9746"/>
      </w:tblGrid>
      <w:tr>
        <w:trPr>
          <w:tblHeader/>
        </w:trPr>
        <w:tc>
          <w:tcPr>
            <w:tcW w:type="dxa" w:w="9746"/>
          </w:tcPr>
          <w:p>
            <w:r>
              <w:rPr>
                <w:sz w:val="19"/>
              </w:rPr>
              <w:t>任何声称代表《光与绽森语》（DAWNBLOOM）的网站、客服、社交账号或支付页面，如未在本公告或官方网站列明，请先不要提供账号信息、验证码或进行付款。</w:t>
            </w:r>
          </w:p>
        </w:tc>
      </w:tr>
    </w:tbl>
    <w:p>
      <w:bookmarkStart w:id="6" w:name="section_6"/>
      <w:pPr>
        <w:pStyle w:val="Heading1"/>
        <w:widowControl/>
      </w:pPr>
      <w:r>
        <w:t>一、公告目的</w:t>
      </w:r>
      <w:bookmarkEnd w:id="6"/>
    </w:p>
    <w:p>
      <w:pPr>
        <w:widowControl/>
      </w:pPr>
      <w:r>
        <w:t>本公告用于帮助玩家识别《光与绽森语》（DAWNBLOOM）的真实官方网站、官方邮箱、官方社交媒体与官方客服渠道，降低假客服、假充值、钓鱼网站、盗号链接、虚假退款及冒充官方人员等风险。官方渠道可能随着平台调整而增减，任何新增、迁移或更名，均以 dawnbloom.net 后续公示的信息为准。</w:t>
      </w:r>
    </w:p>
    <w:p>
      <w:pPr>
        <w:widowControl/>
      </w:pPr>
      <w:r>
        <w:t>本公告同时帮助用户辨别游戏与光与令、光与浏览器、光与新闻、光与邮箱、光与下载、光与解压的页面、安装包、更新与客服信息。尚未开放下载的产品不应从陌生网盘、群文件、私聊或所谓破解版网站取得。</w:t>
      </w:r>
    </w:p>
    <w:p>
      <w:bookmarkStart w:id="9" w:name="section_9"/>
      <w:pPr>
        <w:pStyle w:val="Heading1"/>
        <w:widowControl/>
      </w:pPr>
      <w:r>
        <w:t>二、官方渠道</w:t>
      </w:r>
      <w:bookmarkEnd w:id="9"/>
    </w:p>
    <w:p>
      <w:pPr>
        <w:widowControl/>
      </w:pPr>
      <w:r>
        <w:t>光与精灵和 DAWNBLOOM AI 属于本公司的同一智能服务体系。不要在聊天中发送密码、完整一次性验证码、访问令牌或支付凭据。AI 建议和 Intelligent UI 卡片不替代官方身份验证；账号、资产和个人资料操作仍须进入经验证的正式服务流程。不得相信以 AI 名义要求绕过验证、向私人账户付款或在相似域名提交敏感信息的消息。</w:t>
      </w:r>
    </w:p>
    <w:tbl>
      <w:tblPr>
        <w:tblStyle w:val="TableGrid"/>
        <w:tblW w:type="auto" w:w="0"/>
        <w:tblLook w:firstColumn="1" w:firstRow="1" w:lastColumn="0" w:lastRow="0" w:noHBand="0" w:noVBand="1" w:val="04A0"/>
      </w:tblPr>
      <w:tblGrid>
        <w:gridCol w:w="3249"/>
        <w:gridCol w:w="3249"/>
        <w:gridCol w:w="3249"/>
      </w:tblGrid>
      <w:tr>
        <w:trPr>
          <w:tblHeader/>
        </w:trPr>
        <w:tc>
          <w:tcPr>
            <w:tcW w:type="dxa" w:w="3249"/>
          </w:tcPr>
          <w:p>
            <w:r>
              <w:rPr>
                <w:sz w:val="19"/>
              </w:rPr>
              <w:t>渠道</w:t>
            </w:r>
          </w:p>
        </w:tc>
        <w:tc>
          <w:tcPr>
            <w:tcW w:type="dxa" w:w="3249"/>
          </w:tcPr>
          <w:p>
            <w:r>
              <w:rPr>
                <w:sz w:val="19"/>
              </w:rPr>
              <w:t>官方信息</w:t>
            </w:r>
          </w:p>
        </w:tc>
        <w:tc>
          <w:tcPr>
            <w:tcW w:type="dxa" w:w="3249"/>
          </w:tcPr>
          <w:p>
            <w:r>
              <w:rPr>
                <w:sz w:val="19"/>
              </w:rPr>
              <w:t>用途</w:t>
            </w:r>
          </w:p>
        </w:tc>
      </w:tr>
      <w:tr>
        <w:tc>
          <w:tcPr>
            <w:tcW w:type="dxa" w:w="3249"/>
          </w:tcPr>
          <w:p>
            <w:r>
              <w:rPr>
                <w:sz w:val="19"/>
              </w:rPr>
              <w:t>唯一全球主站</w:t>
            </w:r>
          </w:p>
        </w:tc>
        <w:tc>
          <w:tcPr>
            <w:tcW w:type="dxa" w:w="3249"/>
          </w:tcPr>
          <w:p>
            <w:r/>
            <w:hyperlink r:id="rId11">
              <w:r>
                <w:rPr>
                  <w:color w:val="234C70"/>
                </w:rPr>
                <w:t>https://dawnbloom.net</w:t>
              </w:r>
            </w:hyperlink>
            <w:r/>
          </w:p>
        </w:tc>
        <w:tc>
          <w:tcPr>
            <w:tcW w:type="dxa" w:w="3249"/>
          </w:tcPr>
          <w:p>
            <w:r>
              <w:rPr>
                <w:sz w:val="19"/>
              </w:rPr>
              <w:t>法律文件、游戏下载、账号、社区、商城、公告及官方入口</w:t>
            </w:r>
          </w:p>
        </w:tc>
      </w:tr>
      <w:tr>
        <w:tc>
          <w:tcPr>
            <w:tcW w:type="dxa" w:w="3249"/>
          </w:tcPr>
          <w:p>
            <w:r>
              <w:rPr>
                <w:sz w:val="19"/>
              </w:rPr>
              <w:t>中国区官方语言入口</w:t>
            </w:r>
          </w:p>
        </w:tc>
        <w:tc>
          <w:tcPr>
            <w:tcW w:type="dxa" w:w="3249"/>
          </w:tcPr>
          <w:p>
            <w:r/>
            <w:hyperlink r:id="rId23">
              <w:r>
                <w:rPr>
                  <w:color w:val="234C70"/>
                </w:rPr>
                <w:t>https://dawnbloom.com.cn</w:t>
              </w:r>
            </w:hyperlink>
            <w:r>
              <w:br/>
              <w:t>www.dawnbloom.com.cn</w:t>
            </w:r>
          </w:p>
        </w:tc>
        <w:tc>
          <w:tcPr>
            <w:tcW w:type="dxa" w:w="3249"/>
          </w:tcPr>
          <w:p>
            <w:r>
              <w:t xml:space="preserve">HTTPS 301 → </w:t>
            </w:r>
            <w:hyperlink r:id="rId12">
              <w:r>
                <w:rPr>
                  <w:color w:val="234C70"/>
                </w:rPr>
                <w:t>https://dawnbloom.net/zh/</w:t>
              </w:r>
            </w:hyperlink>
            <w:r/>
          </w:p>
        </w:tc>
      </w:tr>
      <w:tr>
        <w:tc>
          <w:tcPr>
            <w:tcW w:type="dxa" w:w="3249"/>
          </w:tcPr>
          <w:p>
            <w:r>
              <w:rPr>
                <w:sz w:val="19"/>
              </w:rPr>
              <w:t>日本区官方语言入口</w:t>
            </w:r>
          </w:p>
        </w:tc>
        <w:tc>
          <w:tcPr>
            <w:tcW w:type="dxa" w:w="3249"/>
          </w:tcPr>
          <w:p>
            <w:r/>
            <w:hyperlink r:id="rId24">
              <w:r>
                <w:rPr>
                  <w:color w:val="234C70"/>
                </w:rPr>
                <w:t>https://dawnbloom.jp</w:t>
              </w:r>
            </w:hyperlink>
            <w:r>
              <w:br/>
              <w:t>www.dawnbloom.jp</w:t>
            </w:r>
          </w:p>
        </w:tc>
        <w:tc>
          <w:tcPr>
            <w:tcW w:type="dxa" w:w="3249"/>
          </w:tcPr>
          <w:p>
            <w:r>
              <w:t xml:space="preserve">已开放；HTTPS 301 → </w:t>
            </w:r>
            <w:hyperlink r:id="rId13">
              <w:r>
                <w:rPr>
                  <w:color w:val="234C70"/>
                </w:rPr>
                <w:t>https://dawnbloom.net/ja/</w:t>
              </w:r>
            </w:hyperlink>
            <w:r/>
          </w:p>
        </w:tc>
      </w:tr>
      <w:tr>
        <w:tc>
          <w:tcPr>
            <w:tcW w:type="dxa" w:w="3249"/>
          </w:tcPr>
          <w:p>
            <w:r>
              <w:rPr>
                <w:sz w:val="19"/>
              </w:rPr>
              <w:t>韩国官方语言入口</w:t>
            </w:r>
          </w:p>
        </w:tc>
        <w:tc>
          <w:tcPr>
            <w:tcW w:type="dxa" w:w="3249"/>
          </w:tcPr>
          <w:p>
            <w:r/>
            <w:hyperlink r:id="rId25">
              <w:r>
                <w:rPr>
                  <w:color w:val="234C70"/>
                </w:rPr>
                <w:t>https://dawnbloom.kr</w:t>
              </w:r>
            </w:hyperlink>
            <w:r>
              <w:t xml:space="preserve"> · www.dawnbloom.kr</w:t>
            </w:r>
          </w:p>
        </w:tc>
        <w:tc>
          <w:tcPr>
            <w:tcW w:type="dxa" w:w="3249"/>
          </w:tcPr>
          <w:p>
            <w:r>
              <w:t xml:space="preserve">韩国官方语言入口 dawnbloom.kr 及 www.dawnbloom.kr 通过 HTTPS 301 跳转至 </w:t>
            </w:r>
            <w:hyperlink r:id="rId26">
              <w:r>
                <w:rPr>
                  <w:color w:val="234C70"/>
                </w:rPr>
                <w:t>https://dawnbloom.net/kr/</w:t>
              </w:r>
            </w:hyperlink>
            <w:r>
              <w:t>。DNS 变更可能需要时间传播。两者复用统一官网，不建立独立网站、账号、数据库或韩国游戏服务器。</w:t>
            </w:r>
          </w:p>
        </w:tc>
      </w:tr>
      <w:tr>
        <w:tc>
          <w:tcPr>
            <w:tcW w:type="dxa" w:w="3249"/>
          </w:tcPr>
          <w:p>
            <w:r>
              <w:rPr>
                <w:sz w:val="19"/>
              </w:rPr>
              <w:t>既有中文品牌保护入口</w:t>
            </w:r>
          </w:p>
        </w:tc>
        <w:tc>
          <w:tcPr>
            <w:tcW w:type="dxa" w:w="3249"/>
          </w:tcPr>
          <w:p>
            <w:r>
              <w:rPr>
                <w:sz w:val="19"/>
              </w:rPr>
              <w:t>光与绽森语.com</w:t>
              <w:br/>
              <w:t>xn--jhqp2f4z3amfugzo.com</w:t>
            </w:r>
          </w:p>
        </w:tc>
        <w:tc>
          <w:tcPr>
            <w:tcW w:type="dxa" w:w="3249"/>
          </w:tcPr>
          <w:p>
            <w:r>
              <w:t xml:space="preserve">301 → </w:t>
            </w:r>
            <w:hyperlink r:id="rId12">
              <w:r>
                <w:rPr>
                  <w:color w:val="234C70"/>
                </w:rPr>
                <w:t>https://dawnbloom.net/zh/</w:t>
              </w:r>
            </w:hyperlink>
            <w:r/>
          </w:p>
        </w:tc>
      </w:tr>
      <w:tr>
        <w:tc>
          <w:tcPr>
            <w:tcW w:type="dxa" w:w="3249"/>
          </w:tcPr>
          <w:p>
            <w:r>
              <w:rPr>
                <w:sz w:val="19"/>
              </w:rPr>
              <w:t>既有日文品牌保护入口</w:t>
            </w:r>
          </w:p>
        </w:tc>
        <w:tc>
          <w:tcPr>
            <w:tcW w:type="dxa" w:w="3249"/>
          </w:tcPr>
          <w:p>
            <w:r>
              <w:rPr>
                <w:sz w:val="19"/>
              </w:rPr>
              <w:t>光と花咲く森.com</w:t>
              <w:br/>
              <w:t>xn--y8j6bw89l23cbo7ari8a.com</w:t>
            </w:r>
          </w:p>
        </w:tc>
        <w:tc>
          <w:tcPr>
            <w:tcW w:type="dxa" w:w="3249"/>
          </w:tcPr>
          <w:p>
            <w:r>
              <w:t xml:space="preserve">301 → </w:t>
            </w:r>
            <w:hyperlink r:id="rId13">
              <w:r>
                <w:rPr>
                  <w:color w:val="234C70"/>
                </w:rPr>
                <w:t>https://dawnbloom.net/ja/</w:t>
              </w:r>
            </w:hyperlink>
            <w:r/>
          </w:p>
        </w:tc>
      </w:tr>
      <w:tr>
        <w:tc>
          <w:tcPr>
            <w:tcW w:type="dxa" w:w="3249"/>
          </w:tcPr>
          <w:p>
            <w:r>
              <w:rPr>
                <w:sz w:val="19"/>
              </w:rPr>
              <w:t>客服邮箱</w:t>
            </w:r>
          </w:p>
        </w:tc>
        <w:tc>
          <w:tcPr>
            <w:tcW w:type="dxa" w:w="3249"/>
          </w:tcPr>
          <w:p>
            <w:r/>
            <w:hyperlink r:id="rId14">
              <w:r>
                <w:rPr>
                  <w:color w:val="234C70"/>
                </w:rPr>
                <w:t>support@dawnbloom.net</w:t>
              </w:r>
            </w:hyperlink>
            <w:r/>
          </w:p>
        </w:tc>
        <w:tc>
          <w:tcPr>
            <w:tcW w:type="dxa" w:w="3249"/>
          </w:tcPr>
          <w:p>
            <w:r>
              <w:rPr>
                <w:sz w:val="19"/>
              </w:rPr>
              <w:t>玩家客服、账号问题、异常情况与一般支持</w:t>
            </w:r>
          </w:p>
        </w:tc>
      </w:tr>
      <w:tr>
        <w:tc>
          <w:tcPr>
            <w:tcW w:type="dxa" w:w="3249"/>
          </w:tcPr>
          <w:p>
            <w:r>
              <w:rPr>
                <w:sz w:val="19"/>
              </w:rPr>
              <w:t>建议/投诉邮箱</w:t>
            </w:r>
          </w:p>
        </w:tc>
        <w:tc>
          <w:tcPr>
            <w:tcW w:type="dxa" w:w="3249"/>
          </w:tcPr>
          <w:p>
            <w:r/>
            <w:hyperlink r:id="rId15">
              <w:r>
                <w:rPr>
                  <w:color w:val="234C70"/>
                </w:rPr>
                <w:t>hello@dawnbloom.net</w:t>
              </w:r>
            </w:hyperlink>
            <w:r/>
          </w:p>
        </w:tc>
        <w:tc>
          <w:tcPr>
            <w:tcW w:type="dxa" w:w="3249"/>
          </w:tcPr>
          <w:p>
            <w:r>
              <w:rPr>
                <w:sz w:val="19"/>
              </w:rPr>
              <w:t>日常建议、服务投诉及体验反馈</w:t>
            </w:r>
          </w:p>
        </w:tc>
      </w:tr>
      <w:tr>
        <w:tc>
          <w:tcPr>
            <w:tcW w:type="dxa" w:w="3249"/>
          </w:tcPr>
          <w:p>
            <w:r>
              <w:rPr>
                <w:sz w:val="19"/>
              </w:rPr>
              <w:t>账单邮箱</w:t>
            </w:r>
          </w:p>
        </w:tc>
        <w:tc>
          <w:tcPr>
            <w:tcW w:type="dxa" w:w="3249"/>
          </w:tcPr>
          <w:p>
            <w:r/>
            <w:hyperlink r:id="rId16">
              <w:r>
                <w:rPr>
                  <w:color w:val="234C70"/>
                </w:rPr>
                <w:t>billing@dawnbloom.net</w:t>
              </w:r>
            </w:hyperlink>
            <w:r/>
          </w:p>
        </w:tc>
        <w:tc>
          <w:tcPr>
            <w:tcW w:type="dxa" w:w="3249"/>
          </w:tcPr>
          <w:p>
            <w:r>
              <w:rPr>
                <w:sz w:val="19"/>
              </w:rPr>
              <w:t>订单、支付、账单、退款及交易相关事项</w:t>
            </w:r>
          </w:p>
        </w:tc>
      </w:tr>
      <w:tr>
        <w:tc>
          <w:tcPr>
            <w:tcW w:type="dxa" w:w="3249"/>
          </w:tcPr>
          <w:p>
            <w:r>
              <w:rPr>
                <w:sz w:val="19"/>
              </w:rPr>
              <w:t>媒体/合作邮箱</w:t>
            </w:r>
          </w:p>
        </w:tc>
        <w:tc>
          <w:tcPr>
            <w:tcW w:type="dxa" w:w="3249"/>
          </w:tcPr>
          <w:p>
            <w:r/>
            <w:hyperlink r:id="rId17">
              <w:r>
                <w:rPr>
                  <w:color w:val="234C70"/>
                </w:rPr>
                <w:t>contact@dawnbloom.net</w:t>
              </w:r>
            </w:hyperlink>
            <w:r/>
          </w:p>
        </w:tc>
        <w:tc>
          <w:tcPr>
            <w:tcW w:type="dxa" w:w="3249"/>
          </w:tcPr>
          <w:p>
            <w:r>
              <w:rPr>
                <w:sz w:val="19"/>
              </w:rPr>
              <w:t>媒体联系、商务合作及非客服事务</w:t>
            </w:r>
          </w:p>
        </w:tc>
      </w:tr>
      <w:tr>
        <w:tc>
          <w:tcPr>
            <w:tcW w:type="dxa" w:w="3249"/>
          </w:tcPr>
          <w:p>
            <w:r>
              <w:rPr>
                <w:sz w:val="19"/>
              </w:rPr>
              <w:t>法律/版权邮箱</w:t>
            </w:r>
          </w:p>
        </w:tc>
        <w:tc>
          <w:tcPr>
            <w:tcW w:type="dxa" w:w="3249"/>
          </w:tcPr>
          <w:p>
            <w:r/>
            <w:hyperlink r:id="rId18">
              <w:r>
                <w:rPr>
                  <w:color w:val="234C70"/>
                </w:rPr>
                <w:t>legal@dawnbloom.net</w:t>
              </w:r>
            </w:hyperlink>
            <w:r/>
          </w:p>
        </w:tc>
        <w:tc>
          <w:tcPr>
            <w:tcW w:type="dxa" w:w="3249"/>
          </w:tcPr>
          <w:p>
            <w:r>
              <w:rPr>
                <w:sz w:val="19"/>
              </w:rPr>
              <w:t>法律通知、版权、知识产权及正式法律联系</w:t>
            </w:r>
          </w:p>
        </w:tc>
      </w:tr>
      <w:tr>
        <w:tc>
          <w:tcPr>
            <w:tcW w:type="dxa" w:w="3249"/>
          </w:tcPr>
          <w:p>
            <w:r>
              <w:rPr>
                <w:sz w:val="19"/>
              </w:rPr>
              <w:t>安全漏洞邮箱</w:t>
            </w:r>
          </w:p>
        </w:tc>
        <w:tc>
          <w:tcPr>
            <w:tcW w:type="dxa" w:w="3249"/>
          </w:tcPr>
          <w:p>
            <w:r/>
            <w:hyperlink r:id="rId19">
              <w:r>
                <w:rPr>
                  <w:color w:val="234C70"/>
                </w:rPr>
                <w:t>security@dawnbloom.net</w:t>
              </w:r>
            </w:hyperlink>
            <w:r/>
          </w:p>
        </w:tc>
        <w:tc>
          <w:tcPr>
            <w:tcW w:type="dxa" w:w="3249"/>
          </w:tcPr>
          <w:p>
            <w:r>
              <w:rPr>
                <w:sz w:val="19"/>
              </w:rPr>
              <w:t>安全漏洞、技术安全问题与负责任披露</w:t>
            </w:r>
          </w:p>
        </w:tc>
      </w:tr>
    </w:tbl>
    <w:p>
      <w:pPr>
        <w:widowControl/>
      </w:pPr>
      <w:r>
        <w:t>上表地区入口仅用于语言引导，不能独立办理注册、登录验证、修改密码、充值、付款或订单。正常跳转后须核对地址栏的完整主站域名和对应语言路径。两个地区入口均已开放，并以HTTPS 301进入表列主站语言路径。地区入口不建立新的经营主体或数据库、不迁移账号或玩家数据；域名后缀不代表中国大陆部署、ICP备案、日本法人或分公司。中国入口的公司注册主体信息由运营者提供；日本入口的登记持有人及正式授权关系尚待核实，本公告不宣称其由公司直接持有。表列品牌保护域名继续保留；浏览器显示其Punycode形式本身不是假冒证据，但必须核对完整拼写和最终地址。名称相似的其他域名不会自动成为官方。正式邮箱仍仅使用@dawnbloom.net。</w:t>
      </w:r>
    </w:p>
    <w:tbl>
      <w:tblPr>
        <w:tblStyle w:val="TableGrid"/>
        <w:tblW w:type="auto" w:w="0"/>
        <w:tblLook w:firstColumn="1" w:firstRow="1" w:lastColumn="0" w:lastRow="0" w:noHBand="0" w:noVBand="1" w:val="04A0"/>
      </w:tblPr>
      <w:tblGrid>
        <w:gridCol w:w="4873"/>
        <w:gridCol w:w="4873"/>
      </w:tblGrid>
      <w:tr>
        <w:trPr>
          <w:tblHeader/>
        </w:trPr>
        <w:tc>
          <w:tcPr>
            <w:tcW w:type="dxa" w:w="4873"/>
          </w:tcPr>
          <w:p>
            <w:r>
              <w:rPr>
                <w:sz w:val="19"/>
              </w:rPr>
              <w:t>业务</w:t>
            </w:r>
          </w:p>
        </w:tc>
        <w:tc>
          <w:tcPr>
            <w:tcW w:type="dxa" w:w="4873"/>
          </w:tcPr>
          <w:p>
            <w:r>
              <w:rPr>
                <w:sz w:val="19"/>
              </w:rPr>
              <w:t>主站正式路径（zh可换为en或ja）</w:t>
            </w:r>
          </w:p>
        </w:tc>
      </w:tr>
      <w:tr>
        <w:tc>
          <w:tcPr>
            <w:tcW w:type="dxa" w:w="4873"/>
          </w:tcPr>
          <w:p>
            <w:r>
              <w:rPr>
                <w:sz w:val="19"/>
              </w:rPr>
              <w:t>账号登录</w:t>
            </w:r>
          </w:p>
        </w:tc>
        <w:tc>
          <w:tcPr>
            <w:tcW w:type="dxa" w:w="4873"/>
          </w:tcPr>
          <w:p>
            <w:r/>
            <w:hyperlink r:id="rId20">
              <w:r>
                <w:rPr>
                  <w:color w:val="234C70"/>
                </w:rPr>
                <w:t>https://dawnbloom.net/zh/player-center/</w:t>
              </w:r>
            </w:hyperlink>
            <w:r/>
          </w:p>
        </w:tc>
      </w:tr>
      <w:tr>
        <w:tc>
          <w:tcPr>
            <w:tcW w:type="dxa" w:w="4873"/>
          </w:tcPr>
          <w:p>
            <w:r>
              <w:rPr>
                <w:sz w:val="19"/>
              </w:rPr>
              <w:t>账号找回与安全管理</w:t>
            </w:r>
          </w:p>
        </w:tc>
        <w:tc>
          <w:tcPr>
            <w:tcW w:type="dxa" w:w="4873"/>
          </w:tcPr>
          <w:p>
            <w:r/>
            <w:hyperlink r:id="rId21">
              <w:r>
                <w:rPr>
                  <w:color w:val="234C70"/>
                </w:rPr>
                <w:t>https://dawnbloom.net/zh/support/account/</w:t>
              </w:r>
            </w:hyperlink>
            <w:r/>
          </w:p>
        </w:tc>
      </w:tr>
      <w:tr>
        <w:tc>
          <w:tcPr>
            <w:tcW w:type="dxa" w:w="4873"/>
          </w:tcPr>
          <w:p>
            <w:r>
              <w:rPr>
                <w:sz w:val="19"/>
              </w:rPr>
              <w:t>客服与联系</w:t>
            </w:r>
          </w:p>
        </w:tc>
        <w:tc>
          <w:tcPr>
            <w:tcW w:type="dxa" w:w="4873"/>
          </w:tcPr>
          <w:p>
            <w:r/>
            <w:hyperlink r:id="rId27">
              <w:r>
                <w:rPr>
                  <w:color w:val="234C70"/>
                </w:rPr>
                <w:t>https://dawnbloom.net/zh/support/</w:t>
              </w:r>
            </w:hyperlink>
            <w:r>
              <w:br/>
            </w:r>
            <w:hyperlink r:id="rId28">
              <w:r>
                <w:rPr>
                  <w:color w:val="234C70"/>
                </w:rPr>
                <w:t>https://dawnbloom.net/zh/support/contact/</w:t>
              </w:r>
            </w:hyperlink>
            <w:r/>
          </w:p>
        </w:tc>
      </w:tr>
      <w:tr>
        <w:tc>
          <w:tcPr>
            <w:tcW w:type="dxa" w:w="4873"/>
          </w:tcPr>
          <w:p>
            <w:r>
              <w:rPr>
                <w:sz w:val="19"/>
              </w:rPr>
              <w:t>正式下载</w:t>
            </w:r>
          </w:p>
        </w:tc>
        <w:tc>
          <w:tcPr>
            <w:tcW w:type="dxa" w:w="4873"/>
          </w:tcPr>
          <w:p>
            <w:r/>
            <w:hyperlink r:id="rId22">
              <w:r>
                <w:rPr>
                  <w:color w:val="234C70"/>
                </w:rPr>
                <w:t>https://dawnbloom.net/zh/download/</w:t>
              </w:r>
            </w:hyperlink>
            <w:r/>
          </w:p>
        </w:tc>
      </w:tr>
      <w:tr>
        <w:tc>
          <w:tcPr>
            <w:tcW w:type="dxa" w:w="4873"/>
          </w:tcPr>
          <w:p>
            <w:r>
              <w:rPr>
                <w:sz w:val="19"/>
              </w:rPr>
              <w:t>商城、充值与账单（以实际开放为准）</w:t>
            </w:r>
          </w:p>
        </w:tc>
        <w:tc>
          <w:tcPr>
            <w:tcW w:type="dxa" w:w="4873"/>
          </w:tcPr>
          <w:p>
            <w:r/>
            <w:hyperlink r:id="rId29">
              <w:r>
                <w:rPr>
                  <w:color w:val="234C70"/>
                </w:rPr>
                <w:t>https://dawnbloom.net/zh/shop/</w:t>
              </w:r>
            </w:hyperlink>
            <w:r>
              <w:br/>
            </w:r>
            <w:hyperlink r:id="rId30">
              <w:r>
                <w:rPr>
                  <w:color w:val="234C70"/>
                </w:rPr>
                <w:t>https://dawnbloom.net/zh/recharge/</w:t>
              </w:r>
            </w:hyperlink>
            <w:r>
              <w:br/>
            </w:r>
            <w:hyperlink r:id="rId31">
              <w:r>
                <w:rPr>
                  <w:color w:val="234C70"/>
                </w:rPr>
                <w:t>https://dawnbloom.net/zh/support/billing/</w:t>
              </w:r>
            </w:hyperlink>
            <w:r/>
          </w:p>
        </w:tc>
      </w:tr>
    </w:tbl>
    <w:p>
      <w:bookmarkStart w:id="14" w:name="section_14"/>
      <w:pPr>
        <w:pStyle w:val="Heading1"/>
        <w:widowControl/>
      </w:pPr>
      <w:r>
        <w:t>运营主体与法定联系信息</w:t>
      </w:r>
      <w:bookmarkEnd w:id="14"/>
    </w:p>
    <w:tbl>
      <w:tblPr>
        <w:tblStyle w:val="TableGrid"/>
        <w:tblW w:type="auto" w:w="0"/>
        <w:tblLook w:firstColumn="1" w:firstRow="1" w:lastColumn="0" w:lastRow="0" w:noHBand="0" w:noVBand="1" w:val="04A0"/>
      </w:tblPr>
      <w:tblGrid>
        <w:gridCol w:w="4873"/>
        <w:gridCol w:w="4873"/>
      </w:tblGrid>
      <w:tr>
        <w:trPr>
          <w:tblHeader/>
        </w:trPr>
        <w:tc>
          <w:tcPr>
            <w:tcW w:type="dxa" w:w="4873"/>
          </w:tcPr>
          <w:p>
            <w:r>
              <w:rPr>
                <w:sz w:val="19"/>
              </w:rPr>
              <w:t>项目</w:t>
            </w:r>
          </w:p>
        </w:tc>
        <w:tc>
          <w:tcPr>
            <w:tcW w:type="dxa" w:w="4873"/>
          </w:tcPr>
          <w:p>
            <w:r>
              <w:rPr>
                <w:sz w:val="19"/>
              </w:rPr>
              <w:t>信息</w:t>
            </w:r>
          </w:p>
        </w:tc>
      </w:tr>
      <w:tr>
        <w:tc>
          <w:tcPr>
            <w:tcW w:type="dxa" w:w="4873"/>
          </w:tcPr>
          <w:p>
            <w:r>
              <w:rPr>
                <w:sz w:val="19"/>
              </w:rPr>
              <w:t>运营者/网站服务提供者</w:t>
            </w:r>
          </w:p>
        </w:tc>
        <w:tc>
          <w:tcPr>
            <w:tcW w:type="dxa" w:w="4873"/>
          </w:tcPr>
          <w:p>
            <w:r>
              <w:rPr>
                <w:sz w:val="19"/>
              </w:rPr>
              <w:t>上海追光智创文化传媒有限公司</w:t>
            </w:r>
          </w:p>
        </w:tc>
      </w:tr>
      <w:tr>
        <w:tc>
          <w:tcPr>
            <w:tcW w:type="dxa" w:w="4873"/>
          </w:tcPr>
          <w:p>
            <w:r>
              <w:rPr>
                <w:sz w:val="19"/>
              </w:rPr>
              <w:t>运营地址/法定联系地址</w:t>
            </w:r>
          </w:p>
        </w:tc>
        <w:tc>
          <w:tcPr>
            <w:tcW w:type="dxa" w:w="4873"/>
          </w:tcPr>
          <w:p>
            <w:r>
              <w:rPr>
                <w:sz w:val="19"/>
              </w:rPr>
              <w:t>中国（上海）自由贸易试验区临港新片区天骄路336号3幢218室</w:t>
            </w:r>
          </w:p>
        </w:tc>
      </w:tr>
    </w:tbl>
    <w:p>
      <w:bookmarkStart w:id="16" w:name="section_16"/>
      <w:pPr>
        <w:pStyle w:val="Heading1"/>
        <w:widowControl/>
      </w:pPr>
      <w:r>
        <w:t>三、官方社交媒体与即时通讯渠道</w:t>
      </w:r>
      <w:bookmarkEnd w:id="16"/>
    </w:p>
    <w:p>
      <w:pPr>
        <w:widowControl/>
      </w:pPr>
      <w:r>
        <w:t>官方账号、用户名与平台链接可能变化。请从主站客服中心或联系我们页面进入已列明渠道，不以平台搜索结果、头像或粉丝数判断身份；无法确认时使用</w:t>
      </w:r>
      <w:hyperlink r:id="rId14">
        <w:r>
          <w:rPr>
            <w:color w:val="234C70"/>
          </w:rPr>
          <w:t>support@dawnbloom.net</w:t>
        </w:r>
      </w:hyperlink>
      <w:r>
        <w:t>核实。</w:t>
      </w:r>
    </w:p>
    <w:p>
      <w:pPr>
        <w:widowControl/>
      </w:pPr>
      <w:r>
        <w:t>可能使用的平台包括 Facebook、Threads、Instagram、YouTube、X、Bluesky、小红书、微信、抖音等。</w:t>
      </w:r>
    </w:p>
    <w:p>
      <w:pPr>
        <w:widowControl/>
      </w:pPr>
      <w:r>
        <w:t>若某个平台账号没有在 dawnbloom.net 列明，即使名称、头像或内容与官方相似，也不要仅凭外观判断为官方账号。</w:t>
      </w:r>
    </w:p>
    <w:p>
      <w:pPr>
        <w:widowControl/>
      </w:pPr>
      <w:r>
        <w:t>官方渠道如新增、停用、迁移或更名，以官网最新公示为准。</w:t>
      </w:r>
    </w:p>
    <w:p>
      <w:bookmarkStart w:id="21" w:name="section_21"/>
      <w:pPr>
        <w:pStyle w:val="Heading1"/>
        <w:widowControl/>
      </w:pPr>
      <w:r>
        <w:t>四、官方绝不会要求你做的事</w:t>
      </w:r>
      <w:bookmarkEnd w:id="21"/>
    </w:p>
    <w:tbl>
      <w:tblPr>
        <w:tblStyle w:val="TableGrid"/>
        <w:tblW w:type="auto" w:w="0"/>
        <w:tblLook w:firstColumn="1" w:firstRow="1" w:lastColumn="0" w:lastRow="0" w:noHBand="0" w:noVBand="1" w:val="04A0"/>
      </w:tblPr>
      <w:tblGrid>
        <w:gridCol w:w="9746"/>
      </w:tblGrid>
      <w:tr>
        <w:trPr>
          <w:tblHeader/>
        </w:trPr>
        <w:tc>
          <w:tcPr>
            <w:tcW w:type="dxa" w:w="9746"/>
          </w:tcPr>
          <w:p>
            <w:r>
              <w:rPr>
                <w:sz w:val="19"/>
              </w:rPr>
              <w:t>看到以下要求，请立即提高警惕。真正的官方客服不会通过私聊要求你交出账号密码、一次性验证码、支付密码，也不会以“解封、退款、领奖、恢复装备、验证资产”等理由要求向个人账户转账。</w:t>
            </w:r>
          </w:p>
        </w:tc>
      </w:tr>
    </w:tbl>
    <w:p>
      <w:pPr>
        <w:widowControl/>
      </w:pPr>
      <w:r>
        <w:t>光与令的动态验证码、账号恢复资料和光与精灵的对话不能成为私聊索取密码或转账的理由；光与精灵不会绕过正式核验处理账号、资产、申诉或后台数据。</w:t>
      </w:r>
    </w:p>
    <w:p>
      <w:pPr>
        <w:widowControl/>
      </w:pPr>
      <w:r>
        <w:t>不会索要你的游戏账号密码、Apple ID 密码、Steam 密码、微信/支付宝支付密码或银行卡密码。</w:t>
      </w:r>
    </w:p>
    <w:p>
      <w:pPr>
        <w:widowControl/>
      </w:pPr>
      <w:r>
        <w:t>不会索要短信验证码、邮箱验证码、双重验证代码、光与令动态密钥（如已启用）或其他一次性安全代码。</w:t>
      </w:r>
    </w:p>
    <w:p>
      <w:pPr>
        <w:widowControl/>
      </w:pPr>
      <w:r>
        <w:t>不会要求你开启屏幕共享、远程控制，或安装来源不明的远程协助软件、APK、描述文件、浏览器扩展或“安全插件”。</w:t>
      </w:r>
    </w:p>
    <w:p>
      <w:pPr>
        <w:widowControl/>
      </w:pPr>
      <w:r>
        <w:t>不会要求你把金币、幻兽、装备或游戏道具转给所谓“GM账号”“安全账号”“验资账号”进行核验。</w:t>
      </w:r>
    </w:p>
    <w:p>
      <w:pPr>
        <w:widowControl/>
      </w:pPr>
      <w:r>
        <w:t>不会要求你向个人微信、个人支付宝、私人银行卡、礼品卡、加密货币地址或其他非官方收款渠道付款。</w:t>
      </w:r>
    </w:p>
    <w:p>
      <w:pPr>
        <w:widowControl/>
      </w:pPr>
      <w:r>
        <w:t>不会以“退款前先转账”“先缴保证金”“账号解冻费”“处罚解除费”“认证费”“领奖手续费”等理由要求再次付款。</w:t>
      </w:r>
    </w:p>
    <w:p>
      <w:pPr>
        <w:widowControl/>
      </w:pPr>
      <w:r>
        <w:t>不会通过非官方链接要求你重新登录游戏账号或输入完整支付资料。</w:t>
      </w:r>
    </w:p>
    <w:p>
      <w:pPr>
        <w:widowControl/>
      </w:pPr>
      <w:r>
        <w:t>不会承诺通过私下收费修改处罚、提升中奖概率、发放稀有物品或绕过官方规则。</w:t>
      </w:r>
    </w:p>
    <w:p>
      <w:bookmarkStart w:id="32" w:name="section_32"/>
      <w:pPr>
        <w:pStyle w:val="Heading1"/>
        <w:widowControl/>
      </w:pPr>
      <w:r>
        <w:t>五、常见冒充官方方式</w:t>
      </w:r>
      <w:bookmarkEnd w:id="32"/>
    </w:p>
    <w:p>
      <w:pPr>
        <w:widowControl/>
      </w:pPr>
      <w:r>
        <w:t>使用与 dawnbloom.net 极其相似的域名、拼写、子域名或短链接诱导玩家登录。</w:t>
      </w:r>
    </w:p>
    <w:p>
      <w:pPr>
        <w:widowControl/>
      </w:pPr>
      <w:r>
        <w:t>假官网、假应用商店页面、假 APK 或 EXE、假浏览器更新、假新闻或邮箱客户端、假下载或解压软件、假光与令和假光与精灵服务，都可能诱导安装恶意程序或提交账号信息。仅以 dawnbloom.net 及其明确链接的正式商店为准；Google Drive 与百度网盘不是当前官方镜像。</w:t>
      </w:r>
    </w:p>
    <w:p>
      <w:pPr>
        <w:widowControl/>
      </w:pPr>
      <w:r>
        <w:t>复制官方头像、Logo、客服话术和公告图片，建立高仿社交账号、群聊或付款页面。</w:t>
      </w:r>
    </w:p>
    <w:p>
      <w:pPr>
        <w:widowControl/>
      </w:pPr>
      <w:r>
        <w:t>冒充 GM、客服、管理员、合作主播或“内部人员”，声称账号存在风险并制造紧迫感。</w:t>
      </w:r>
    </w:p>
    <w:p>
      <w:pPr>
        <w:widowControl/>
      </w:pPr>
      <w:r>
        <w:t>利用“免费魔币、稀有幻兽、中奖、测试资格、退款补偿、内部礼包”等诱饵发送二维码或链接。</w:t>
      </w:r>
    </w:p>
    <w:p>
      <w:pPr>
        <w:widowControl/>
      </w:pPr>
      <w:r>
        <w:t>冒充客服主动添加好友，要求验证码、资产截图、屏幕共享或转账。</w:t>
      </w:r>
    </w:p>
    <w:p>
      <w:pPr>
        <w:widowControl/>
      </w:pPr>
      <w:r>
        <w:t>利用被盗好友账号发送链接或文件，使来源看起来可信。</w:t>
      </w:r>
    </w:p>
    <w:p>
      <w:bookmarkStart w:id="40" w:name="section_40"/>
      <w:pPr>
        <w:pStyle w:val="Heading1"/>
        <w:widowControl/>
      </w:pPr>
      <w:r>
        <w:t>六、付款与商城安全</w:t>
      </w:r>
      <w:bookmarkEnd w:id="40"/>
    </w:p>
    <w:p>
      <w:pPr>
        <w:widowControl/>
      </w:pPr>
      <w:r>
        <w:t>所有官方数字商品、宝箱及其他商城内容，以官方网站和游戏内正式入口展示为准。玩家应在官方页面或官方列明的第三方支付/应用商店流程中完成付款。</w:t>
      </w:r>
    </w:p>
    <w:p>
      <w:pPr>
        <w:widowControl/>
      </w:pPr>
      <w:r>
        <w:t xml:space="preserve">如果订单页面、收款主体、金额、域名或跳转地址与官方网站公示明显不一致，请暂停付款并通过 </w:t>
      </w:r>
      <w:hyperlink r:id="rId16">
        <w:r>
          <w:rPr>
            <w:color w:val="234C70"/>
          </w:rPr>
          <w:t>billing@dawnbloom.net</w:t>
        </w:r>
      </w:hyperlink>
      <w:r>
        <w:t xml:space="preserve"> 或 </w:t>
      </w:r>
      <w:hyperlink r:id="rId14">
        <w:r>
          <w:rPr>
            <w:color w:val="234C70"/>
          </w:rPr>
          <w:t>support@dawnbloom.net</w:t>
        </w:r>
      </w:hyperlink>
      <w:r>
        <w:t xml:space="preserve"> 核实。任何线下私人收款或私下“代充”均不属于官方交易。</w:t>
      </w:r>
    </w:p>
    <w:p>
      <w:bookmarkStart w:id="43" w:name="section_43"/>
      <w:pPr>
        <w:pStyle w:val="Heading1"/>
        <w:widowControl/>
      </w:pPr>
      <w:r>
        <w:t>七、收到可疑消息时怎么办</w:t>
      </w:r>
      <w:bookmarkEnd w:id="43"/>
    </w:p>
    <w:p>
      <w:pPr>
        <w:widowControl/>
      </w:pPr>
      <w:r>
        <w:t>不要继续操作：不要点击链接、扫码、下载文件、输入账号资料或付款。</w:t>
      </w:r>
    </w:p>
    <w:p>
      <w:pPr>
        <w:widowControl/>
      </w:pPr>
      <w:r>
        <w:t>保留证据：保存账号主页、聊天记录、链接、二维码、转账页面、订单号和时间信息。</w:t>
      </w:r>
    </w:p>
    <w:p>
      <w:pPr>
        <w:widowControl/>
      </w:pPr>
      <w:r>
        <w:t>手动输入主站网址，再从导航进入玩家中心、客服或下载页，勿仅依赖陌生链接显示的文字。账号登录以主站玩家中心为准，找回与敏感操作从客服中心账号管理进入；正式支付与订单从主站商城、充值和账单入口进入，实际开放渠道及付款平台以页面核实结果为准。</w:t>
      </w:r>
    </w:p>
    <w:p>
      <w:pPr>
        <w:widowControl/>
      </w:pPr>
      <w:r>
        <w:t>如果已经输入账号资料：立即修改密码，退出其他登录会话，并检查关联邮箱、Apple、Steam、微信等第三方账号安全。</w:t>
      </w:r>
    </w:p>
    <w:p>
      <w:pPr>
        <w:widowControl/>
      </w:pPr>
      <w:r>
        <w:t>如果已经付款：尽快联系支付平台、发卡银行或相关金融机构尝试止付、申诉或冻结；金额较大或涉嫌犯罪时，应及时向当地警方报案。</w:t>
      </w:r>
    </w:p>
    <w:p>
      <w:pPr>
        <w:widowControl/>
      </w:pPr>
      <w:r>
        <w:t>如果发现假冒账号：在对应平台举报，并将页面链接发送给官方客服，便于进一步核查和公示。</w:t>
      </w:r>
    </w:p>
    <w:p>
      <w:bookmarkStart w:id="50" w:name="section_50"/>
      <w:pPr>
        <w:pStyle w:val="Heading1"/>
        <w:widowControl/>
      </w:pPr>
      <w:r>
        <w:t>八、官方可能向你核实哪些信息</w:t>
      </w:r>
      <w:bookmarkEnd w:id="50"/>
    </w:p>
    <w:p>
      <w:pPr>
        <w:widowControl/>
      </w:pPr>
      <w:r>
        <w:t>为了处理账号、订单、被盗、异常交易或客服申诉，官方可能要求你提供必要的核验信息，例如：账号名、角色名/角色ID、订单号、问题发生时间、设备或登录情况、游戏内截图、相关聊天截图以及你主动提交的联系方式。</w:t>
      </w:r>
    </w:p>
    <w:p>
      <w:pPr>
        <w:widowControl/>
      </w:pPr>
      <w:r>
        <w:t>我们遵循最小必要原则，不会要求你提供与问题无关的高风险凭据。尤其不会要求提供账号密码、支付密码或一次性验证码。</w:t>
      </w:r>
    </w:p>
    <w:p>
      <w:bookmarkStart w:id="53" w:name="section_53"/>
      <w:pPr>
        <w:pStyle w:val="Heading1"/>
        <w:widowControl/>
      </w:pPr>
      <w:r>
        <w:t>九、官方信息的优先级</w:t>
      </w:r>
      <w:bookmarkEnd w:id="53"/>
    </w:p>
    <w:p>
      <w:pPr>
        <w:widowControl/>
      </w:pPr>
      <w:r>
        <w:t>当不同社交平台、玩家转述、群聊截图或第三方网页出现信息冲突时，以 dawnbloom.net 上的正式公告、对应法律文件和游戏内正式公告为最高优先级。玩家、主播、群管理员、志愿者、合作伙伴或社区成员的个人发言，不当然代表《光与绽森语》（DAWNBLOOM）官方立场。</w:t>
      </w:r>
    </w:p>
    <w:p>
      <w:bookmarkStart w:id="55" w:name="section_55"/>
      <w:pPr>
        <w:pStyle w:val="Heading1"/>
        <w:widowControl/>
      </w:pPr>
      <w:r>
        <w:t>十、反诈骗快速识别卡</w:t>
      </w:r>
      <w:bookmarkEnd w:id="55"/>
    </w:p>
    <w:tbl>
      <w:tblPr>
        <w:tblStyle w:val="TableGrid"/>
        <w:tblW w:type="auto" w:w="0"/>
        <w:tblLook w:firstColumn="1" w:firstRow="1" w:lastColumn="0" w:lastRow="0" w:noHBand="0" w:noVBand="1" w:val="04A0"/>
      </w:tblPr>
      <w:tblGrid>
        <w:gridCol w:w="4873"/>
        <w:gridCol w:w="4873"/>
      </w:tblGrid>
      <w:tr>
        <w:trPr>
          <w:tblHeader/>
        </w:trPr>
        <w:tc>
          <w:tcPr>
            <w:tcW w:type="dxa" w:w="4873"/>
          </w:tcPr>
          <w:p>
            <w:r>
              <w:rPr>
                <w:sz w:val="19"/>
              </w:rPr>
              <w:t>如果对方这样说</w:t>
            </w:r>
          </w:p>
        </w:tc>
        <w:tc>
          <w:tcPr>
            <w:tcW w:type="dxa" w:w="4873"/>
          </w:tcPr>
          <w:p>
            <w:r>
              <w:rPr>
                <w:sz w:val="19"/>
              </w:rPr>
              <w:t>你的第一反应</w:t>
            </w:r>
          </w:p>
        </w:tc>
      </w:tr>
      <w:tr>
        <w:tc>
          <w:tcPr>
            <w:tcW w:type="dxa" w:w="4873"/>
          </w:tcPr>
          <w:p>
            <w:r>
              <w:rPr>
                <w:sz w:val="19"/>
              </w:rPr>
              <w:t>“账号异常，把验证码发我。”</w:t>
            </w:r>
          </w:p>
        </w:tc>
        <w:tc>
          <w:tcPr>
            <w:tcW w:type="dxa" w:w="4873"/>
          </w:tcPr>
          <w:p>
            <w:r>
              <w:rPr>
                <w:sz w:val="19"/>
              </w:rPr>
              <w:t>不要给。官方不会索要一次性验证码。</w:t>
            </w:r>
          </w:p>
        </w:tc>
      </w:tr>
      <w:tr>
        <w:tc>
          <w:tcPr>
            <w:tcW w:type="dxa" w:w="4873"/>
          </w:tcPr>
          <w:p>
            <w:r>
              <w:rPr>
                <w:sz w:val="19"/>
              </w:rPr>
              <w:t>“先转账，退款后一起返还。”</w:t>
            </w:r>
          </w:p>
        </w:tc>
        <w:tc>
          <w:tcPr>
            <w:tcW w:type="dxa" w:w="4873"/>
          </w:tcPr>
          <w:p>
            <w:r>
              <w:rPr>
                <w:sz w:val="19"/>
              </w:rPr>
              <w:t>不要付。官方退款不会要求先向个人账户转账。</w:t>
            </w:r>
          </w:p>
        </w:tc>
      </w:tr>
      <w:tr>
        <w:tc>
          <w:tcPr>
            <w:tcW w:type="dxa" w:w="4873"/>
          </w:tcPr>
          <w:p>
            <w:r>
              <w:rPr>
                <w:sz w:val="19"/>
              </w:rPr>
              <w:t>“把幻兽/装备转给安全账号检查。”</w:t>
            </w:r>
          </w:p>
        </w:tc>
        <w:tc>
          <w:tcPr>
            <w:tcW w:type="dxa" w:w="4873"/>
          </w:tcPr>
          <w:p>
            <w:r>
              <w:rPr>
                <w:sz w:val="19"/>
              </w:rPr>
              <w:t>不要转。官方不会通过玩家角色收取资产核验。</w:t>
            </w:r>
          </w:p>
        </w:tc>
      </w:tr>
      <w:tr>
        <w:tc>
          <w:tcPr>
            <w:tcW w:type="dxa" w:w="4873"/>
          </w:tcPr>
          <w:p>
            <w:r>
              <w:rPr>
                <w:sz w:val="19"/>
              </w:rPr>
              <w:t>“点这个链接登录领奖。”</w:t>
            </w:r>
          </w:p>
        </w:tc>
        <w:tc>
          <w:tcPr>
            <w:tcW w:type="dxa" w:w="4873"/>
          </w:tcPr>
          <w:p>
            <w:r>
              <w:rPr>
                <w:sz w:val="19"/>
              </w:rPr>
              <w:t>先核对是否为 dawnbloom.net 或官网明确列明的官方入口。</w:t>
            </w:r>
          </w:p>
        </w:tc>
      </w:tr>
      <w:tr>
        <w:tc>
          <w:tcPr>
            <w:tcW w:type="dxa" w:w="4873"/>
          </w:tcPr>
          <w:p>
            <w:r>
              <w:rPr>
                <w:sz w:val="19"/>
              </w:rPr>
              <w:t>“我是GM，加我私人联系方式处理。”</w:t>
            </w:r>
          </w:p>
        </w:tc>
        <w:tc>
          <w:tcPr>
            <w:tcW w:type="dxa" w:w="4873"/>
          </w:tcPr>
          <w:p>
            <w:r>
              <w:rPr>
                <w:sz w:val="19"/>
              </w:rPr>
              <w:t>先从官网进入官方客服并核实身份。</w:t>
            </w:r>
          </w:p>
        </w:tc>
      </w:tr>
      <w:tr>
        <w:tc>
          <w:tcPr>
            <w:tcW w:type="dxa" w:w="4873"/>
          </w:tcPr>
          <w:p>
            <w:r>
              <w:rPr>
                <w:sz w:val="19"/>
              </w:rPr>
              <w:t>“不立刻处理就永久处罚。”</w:t>
            </w:r>
          </w:p>
        </w:tc>
        <w:tc>
          <w:tcPr>
            <w:tcW w:type="dxa" w:w="4873"/>
          </w:tcPr>
          <w:p>
            <w:r>
              <w:rPr>
                <w:sz w:val="19"/>
              </w:rPr>
              <w:t>不要被催促。先停止操作，再从官网核实。</w:t>
            </w:r>
          </w:p>
        </w:tc>
      </w:tr>
    </w:tbl>
    <w:p>
      <w:bookmarkStart w:id="57" w:name="section_57"/>
      <w:pPr>
        <w:pStyle w:val="Heading1"/>
        <w:widowControl/>
      </w:pPr>
      <w:r>
        <w:t>请记住</w:t>
      </w:r>
      <w:bookmarkEnd w:id="57"/>
    </w:p>
    <w:tbl>
      <w:tblPr>
        <w:tblStyle w:val="TableGrid"/>
        <w:tblW w:type="auto" w:w="0"/>
        <w:tblLook w:firstColumn="1" w:firstRow="1" w:lastColumn="0" w:lastRow="0" w:noHBand="0" w:noVBand="1" w:val="04A0"/>
      </w:tblPr>
      <w:tblGrid>
        <w:gridCol w:w="9746"/>
      </w:tblGrid>
      <w:tr>
        <w:trPr>
          <w:tblHeader/>
        </w:trPr>
        <w:tc>
          <w:tcPr>
            <w:tcW w:type="dxa" w:w="9746"/>
          </w:tcPr>
          <w:p>
            <w:r>
              <w:t>真正的官方渠道不怕你“先去官网核实”。任何催促你绕开官网、绕开平台、绕开正常支付流程的人，都值得警惕。</w:t>
              <w:br/>
              <w:br/>
              <w:t xml:space="preserve">如果你无法确认一条消息是否真实，请停止操作，再通过 </w:t>
            </w:r>
            <w:hyperlink r:id="rId14">
              <w:r>
                <w:rPr>
                  <w:color w:val="234C70"/>
                </w:rPr>
                <w:t>support@dawnbloom.net</w:t>
              </w:r>
            </w:hyperlink>
            <w:r>
              <w:t xml:space="preserve"> 或 </w:t>
            </w:r>
            <w:hyperlink r:id="rId11">
              <w:r>
                <w:rPr>
                  <w:color w:val="234C70"/>
                </w:rPr>
                <w:t>https://dawnbloom.net</w:t>
              </w:r>
            </w:hyperlink>
            <w:r>
              <w:t xml:space="preserve"> 核实。</w:t>
            </w:r>
          </w:p>
        </w:tc>
      </w:tr>
    </w:tbl>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dawnbloom.net · 第 </w:t>
    </w:r>
    <w:fldSimple w:instr="PAGE"/>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Songti SC" w:hAnsi="Songti SC" w:eastAsia="Songti SC"/>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Songti SC" w:hAnsi="Songti SC" w:eastAsia="Songti S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Songti SC" w:hAnsi="Songti SC" w:eastAsia="Songti SC"/>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Songti SC" w:hAnsi="Songti SC" w:eastAsia="Songti SC"/>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mailto:support@dawnbloom.net" TargetMode="External"/><Relationship Id="rId15" Type="http://schemas.openxmlformats.org/officeDocument/2006/relationships/hyperlink" Target="mailto:hello@dawnbloom.net" TargetMode="External"/><Relationship Id="rId16" Type="http://schemas.openxmlformats.org/officeDocument/2006/relationships/hyperlink" Target="mailto:billing@dawnbloom.net" TargetMode="External"/><Relationship Id="rId17" Type="http://schemas.openxmlformats.org/officeDocument/2006/relationships/hyperlink" Target="mailto:contac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https://dawnbloom.net/zh/player-center/" TargetMode="External"/><Relationship Id="rId21" Type="http://schemas.openxmlformats.org/officeDocument/2006/relationships/hyperlink" Target="https://dawnbloom.net/zh/support/account/" TargetMode="External"/><Relationship Id="rId22" Type="http://schemas.openxmlformats.org/officeDocument/2006/relationships/hyperlink" Target="https://dawnbloom.net/zh/download/" TargetMode="External"/><Relationship Id="rId23" Type="http://schemas.openxmlformats.org/officeDocument/2006/relationships/hyperlink" Target="https://dawnbloom.com.cn" TargetMode="External"/><Relationship Id="rId24" Type="http://schemas.openxmlformats.org/officeDocument/2006/relationships/hyperlink" Target="https://dawnbloom.jp" TargetMode="External"/><Relationship Id="rId25" Type="http://schemas.openxmlformats.org/officeDocument/2006/relationships/hyperlink" Target="https://dawnbloom.kr" TargetMode="External"/><Relationship Id="rId26" Type="http://schemas.openxmlformats.org/officeDocument/2006/relationships/hyperlink" Target="https://dawnbloom.net/kr/" TargetMode="External"/><Relationship Id="rId27" Type="http://schemas.openxmlformats.org/officeDocument/2006/relationships/hyperlink" Target="https://dawnbloom.net/zh/support/" TargetMode="External"/><Relationship Id="rId28" Type="http://schemas.openxmlformats.org/officeDocument/2006/relationships/hyperlink" Target="https://dawnbloom.net/zh/support/contact/" TargetMode="External"/><Relationship Id="rId29" Type="http://schemas.openxmlformats.org/officeDocument/2006/relationships/hyperlink" Target="https://dawnbloom.net/zh/shop/" TargetMode="External"/><Relationship Id="rId30" Type="http://schemas.openxmlformats.org/officeDocument/2006/relationships/hyperlink" Target="https://dawnbloom.net/zh/recharge/" TargetMode="External"/><Relationship Id="rId31" Type="http://schemas.openxmlformats.org/officeDocument/2006/relationships/hyperlink" Target="https://dawnbloom.net/zh/support/bill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官方渠道与反诈骗公告</dc:title>
  <dc:subject>DAWNBLOOM 法律文件 V8 中文版</dc:subject>
  <dc:creator>上海追光智创文化传媒有限公司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