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 Thai"/>
          <w:b/>
          <w:color w:val="142032"/>
          <w:sz w:val="40"/>
        </w:rPr>
        <w:t>กฎของผู้เล่นและนโยบายบังคับใช้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กฎของผู้เล่นและนโยบายการบังคับใช้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ฉบับทางการภาษาจีน · Version V8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วันที่อัปเดต: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วันที่มีผลใช้บังคับ: 10 ตุลาคม 2026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ประกาศสำคัญ</w:t>
              <w:br/>
              <w:t>เอกสารนี้กำหนดมาตรฐานพฤติกรรมผู้เล่น หลักการประเมินการละเมิด และกรอบการบังคับใช้สำหรับ DAWNBLOOM การระงับบัญชีถาวรไม่ใช่โทษปกติตามกฎเหล่านี้ โทษสูงสุดภายในเกมคือการกักขังถาวร (เรือนจำ) ในกรณีที่กฎหมายที่เกี่ยวข้อง คำสั่งของหน่วยงานกำกับดูแล หรือกฎของแพลตฟอร์มต้องการให้หยุดให้บริการผู้ใช้รายใดรายหนึ่ง ผู้ดำเนินการจะดำเนินการตามนั้น สถานการณ์ดังกล่าวไม่ถือเป็นโทษปกติภายในเกมตามกฎเหล่านี้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I. สรุปย่อสำหรับผู้เล่น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เรามุ่งหมายให้ DAWNBLOOM ยังคงเป็นอิสระ สนุกสนาน มีการแลกเปลี่ยน และมีความสัมพันธ์ทางสังคม แต่เสรีภาพไม่ได้หมายถึงสิทธิที่จะรบกวนประสบการณ์การเล่นเกมของผู้อื่น หลักห้าประการต่อไปนี้เป็นขอบเขตหลักของเอกสารกฎผู้เล่นนี้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การเล่นอย่างยุติธรรม: ผู้เล่นต้องไม่ใช้โปรแกรมโกง สคริปต์หลอกลวง อัตโนมัติที่เป็นอันตราย การดัดแปลงไคลเอนต์ การใช้ช่องโหว่ หรือวิธีการอื่น ๆ เพื่อได้เปรียบโดยมิชอบ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หลักการธุรกรรมที่ซื่อสัตย์: พฤติกรรมในเกมปกติเช่น การซื้อขาย การให้ของขวัญ และการลงรายการสินค้าในร้านค้าได้รับการคุ้มครอง; กิจกรรมฉ้อโกง การขโมยบัญชี การโอนผิดปกติ การคัดลอกไอเทม และการโอนเงินแบบฟอกเงินจะถูกตรวจสอบและยกเลิก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ความเคารพต่อผู้อื่น: ผู้เล่นต้องไม่มีการล่วงละเมิดอย่างต่อเนื่อง ขู่คุกคาม ละเมิดความเป็นส่วนตัว แอบอ้างเป็นช่องทางทางการ เผยแพร่ลิงก์ที่เป็นอันตราย หรือจัดตั้งการก่อความเสียหายในโลกจริงที่มุ่งเป้าไปที่ผู้เล่นเฉพาะราย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การรักษาความเป็นระเบียบในเกม: ผู้เล่นต้องไม่โจมตีเซิร์ฟเวอร์โดยเจตนา รบกวนบริการ ทำให้เศรษฐกิจในเกมไม่มั่นคง แย่งชิงรางวัลจำนวนมาก หรือใช้หลายบัญชีเพื่อหลีกเลี่ยงโทษ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การลงโทษมีวัตถุประสงค์เพื่อฟื้นฟูความเป็นระเบียบ: มาตรการอาจรวมถึงคำเตือน การปิดปาก การบังคับออฟไลน์ การกักขังชั่วคราว/ถาวร (เรือนจำ) การแช่แข็งหรือยึดไอเทมเสมือน การหักมูลค่า ข้อจำกัดการทำธุรกรรม การเปลี่ยนชื่อ การยุบพรรค และการลบเนื้อหาจากชุมชนบนเว็บไซต์ทางการ เป็นต้น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โทษสูงสุดไม่ใช่ "การระงับบัญชี"</w:t>
              <w:br/>
              <w:t>DAWNBLOOM ไม่ใช้การระงับบัญชีถาวรเป็นโทษปกติ บัญชีที่ทำให้เกิดการรบกวนความเป็นระเบียบของเกมอย่างร้ายแรง ยาวนาน หรือซ้ำซ้อน อาจถูกกักขังถาวรในสภาพแวดล้อมเรือนจำ ผู้เล่นยังสามารถเข้าสู่ระบบ ดูข้อมูลที่จำเป็น และยื่นอุทธรณ์ได้ในระดับที่ระบบรองรับ แต่ตัวละครของพวกเขาไม่สามารถกลับสู่โลกเกมปกติได้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II. ขอบเขตของการใช้งานและหลักการพื้นฐาน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กฎเหล่านี้ใช้กับเว็บไซต์ทางการของ DAWNBLOOM ไคลเอนต์เกม ระบบบัญชี Plaza of Adventurers ช่องทางสนับสนุนทางการ และบริการทางการอื่นๆ รวมถึงพื้นที่ชุมชนภายในหรือภายนอกเกมซึ่งอยู่ภายใต้การจัดการโดยตรงของผู้ดำเนินการ กฎของชุมชนบนแพลตฟอร์มโซเชียลมีเดียของบุคคลที่สามยังคงมีผลบังคับใช้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กฎเกี่ยวกับตัวละคร การต่อสู้ การค้า และการลงโทษในเกม ใช้กับเกมและพฤติกรรมที่เกี่ยวข้องในชุมชน การใช้แอปพลิเคชันอิสระทั้งหกอย่างปกติจะอยู่ภายใต้ข้อกำหนดและกฎผลิตภัณฑ์ที่เกี่ยวข้อง ไม่ใช่การลงโทษในเกม การโจมตีบัญชี การปลอมแปลงเป็นแอปพลิเคชันทางการ การแจกจ่ายไคลเอนต์ที่มีเจตนาไม่ดี และการฉ้อโกงในชุมชน ยังคงอยู่ภายใต้กฎความปลอดภัยและชุมชนที่เกี่ยวข้องที่นี่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การบังคับใช้กฎเหล่านี้จะต้องยึดถือหลักการต่อไปนี้: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การตัดสินใจจะต้องอยู่บนพื้นฐานของหลักฐาน และไม่มีการตัดสินว่ามีความผิดโดยอัตโนมัติเพียงจากรายงานเดียว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การลงโทษจะถูกกำหนดโดยพิจารณาอย่างรอบด้านจากความถี่ของพฤติกรรม ระยะเวลา เจตนาส่วนบุคคล ขอบเขตของกำไร ขอบเขตของผลกระทบ การจัดระเบียบ การกระทำซ้ำ การรายงานด้วยตนเองและการร่วมมือในการแก้ไข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การลงโทษอาจถูกนำมาใช้รายบุคคลหรือสะสม; พฤติกรรมที่เหมือนกันไม่รับประกันการลงโทษที่เหมือนกันในแต่ละกรณี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ในกรณีของความผิดปกติที่เกิดขึ้นเป็นครั้งคราวเนื่องจากช่องโหว่ของระบบหรือข้อผิดพลาดของผู้ใช้ หากผู้เล่นไม่แสวงหาประโยชน์จากความผิดปกตินี้ต่อไปและรายงานทันที ผู้ดำเนินการอาจเลือกที่จะไม่ลงโทษหรือลดหย่อนโทษ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ในกรณีของการลงโทษที่ผิดพลาด ผู้ดำเนินการจะต้องเพิกถอนหรือปรับเปลี่ยนการลงโทษหลังจากการตรวจสอบ และหากเป็นไปได้ทางเทคนิค จะคืนเนื้อหาใดๆ ที่ถูกหัก ลบ หรือยึดอย่างไม่ถูกต้อง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สาม. คำศัพท์สำคัญ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คำศัพท์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คำอธิบาย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การกักกันชั่วคราว (เรือนจำ)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ตัวละครที่ทำผิดอาจถูกย้ายไปยังพื้นที่ที่ถูกแยกออกเป็นเวลาหนึ่งช่วงระยะเวลาหนึ่ง ในช่วงเวลานั้น การออกจากเรือนจำ การต่อสู้ การทำทีม กิจกรรมแก๊งค์ การค้า ของขวัญ ร้านค้า การโอนจดหมาย และการเล่นตามปกติอื่นๆ อาจถูกจำกัด ข้อจำกัดเฉพาะและระยะเวลาจะเป็นไปตามประกาศการลงโทษ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การกักกันถาวร (เรือนจำ)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การลงโทษสูงสุดของเกมภายใต้กฎเหล่านี้ ตัวละครจะอยู่ในสภาพแวดล้อมที่ถูกแยกออกเป็นเวลานานหรือตลอดไปและไม่สามารถกลับสู่โลกเกมปกติหรือเข้าร่วมคุณสมบัติทางเศรษฐกิจ สังคม หรือการต่อสู้ที่สำคัญได้ การเข้าถึงพื้นฐานสำหรับการเข้าสู่ระบบ ดูประกาศ ติดต่อฝ่ายสนับสนุน และยื่นอุทธรณ์ยังคงอยู่ ขึ้นอยู่กับระบบจริง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การแช่แข็งไอเทมเสมือนในเกม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จำกัดการใช้ การติดตั้ง การบริโภค การค้า การให้ของขวัญ การฝากขาย หรือการโอนทรัพย์สินเสมือนจริงเฉพาะในเกมหรือสินทรัพย์เสมือนจริงเป็นการชั่วคราว เพื่อสืบสวนหรือรักษาความสงบเรียบร้อยทางเศรษฐกิจ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เรียกคืนไอเทมเสมือนจริงในเกม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ลบไอเทมหรือทรัพย์สินเสมือนจริงที่ได้มาโดยตรงหรือโดยอ้อมผ่านการฉ้อโกง การใช้ประโยชน์จากช่องโหว่ การคัดลอก ซอฟต์แวร์โกง ธุรกรรมผิดปกติ หรือการละเมิดอื่น ๆ ออกจากบัญชี ตัวละคร คลังไปรษณีย์ โซ่ธุรกรรม หรือแหล่งที่มาที่สามารถติดตามได้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การหักค่าติดลบ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ย้อนกลับ หัก หรือแก้ไข ประสบการณ์ เหรียญทอง เหรียญเวทมนตร์ ชื่อเสียง คะแนน คุณสมบัติ ความก้าวหน้าในการฝึกฝน จำนวนการใช้งานกิจกรรม ผลประโยชน์จากการจัดอันดับ หรือกำไรภายในเกมอื่นๆ ที่ได้มาโดยตรงหรือโดยอ้อมผ่านการละเมิด โดยมีวัตถุประสงค์เพื่อฟื้นฟูสถานะ seolahกับการละเมิดไม่ได้เกิดขึ้น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ข้อจำกัดในการทำธุรกรรม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จำกัดหนึ่งหรือมากกว่าฟังก์ชันต่อไปนี้: การซื้อขายโดยตรง การให้ของขวัญ การลงประกาศในตลาดหรือร้านค้า การแนบทรัพย์สินผ่านไปรษณีย์ การฝากขาย หรือการโอนส่วนแบ่งทรัพย์สินของครอบครัว หรือฟีเจอร์ที่เกี่ยวข้องกับการหมุนเวียนอื่นๆ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การลบข้อมูลในคลังเก็บถาวร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หมายถึงการลบหรือซ่อนโปรไฟล์ส่วนบุคคล โปรไฟล์หัวข้อ วัสดุแสดงสาธารณะ หรือบันทึกชุมชนที่เกี่ยวข้องกับการละเมิดบนเว็บไซต์ทางการ ฟอรัม หรือชุมชนทางการ ซึ่งไม่เทียบเท่ากับการลบข้อมูลบัญชีเกมหรือตัวละคร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สี่. แนวทางพฤติกรรมผู้เล่น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 บัญชี, ตัวตน และความปลอดภัย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DAWNBLOOM ให้บริการลงทะเบียนบัญชีและบริการเกมเฉพาะผู้ใช้ที่มีอายุ 18 ปีขึ้นไปเท่านั้น บุคคลที่อายุต่ำกว่า 18 ปีไม่สามารถลงทะเบียนหรือใช้บัญชี ยืมสิทธิ์อายุของผู้อื่น ให้ช่วงอายุที่ไม่ถูกต้อง หรือข้ามประตูตรวจสอบอายุได้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ผู้เล่นต้องไม่ลักขโมย ฉ้อโกง หรือควบคุมบัญชี รหัสยืนยัน ข้อมูลเข้าสู่ระบบ ข้อมูลการตรวจสอบความปลอดภัยของผู้อื่น หรือเข้าถึงบัญชีของผู้อื่นโดยไม่ได้รับอนุญาตด้วยวิธีอื่น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ผู้เล่นต้องไม่ปลอมตัวเป็นเจ้าหน้าที่ทางการ พนักงานบริการลูกค้า GM นักพัฒนา คู่ค้า หรือผู้เล่นคนอื่น ๆ เพื่อขอรับข้อมูลบัญชี ไอเทมในเกม สินทรัพย์ในโลกจริง หรือผลประโยชน์อื่นใด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ผู้เล่นมีความรับผิดชอบต่อการจัดการบัญชีของตนอย่างปลอดภัย ความเสี่ยงใดๆ ที่เกิดจากการแบ่งปัน ให้ยืม ขาย หรือเช่าต่อบัญชีจะต้องตกอยู่กับผู้ใช้ที่เกี่ยวข้องแต่เพียงผู้เดียว หากบัญชีถูกใช้เพื่อหลีกเลี่ยงโทษ โอนทรัพย์สินผิดปกติ หรือมีส่วนร่วมในการละเมิดอื่น ๆ บัญชีอาจถูกดำเนินการพร้อมกัน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ผู้เล่นต้องไม่ใช้หลายบัญชีเพื่อหลีกเลี่ยงข้อจำกัด เช่น การแบนชั่วคราว การแยกออก ข้อจำกัดการทำธุรกรรม ข้อจำกัดกิจกรรม หรือบทลงโทษอื่น ๆ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4.2 การเล่นอย่างยุติธรรมและซอฟต์แวร์บุคคลที่สาม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ห้ามใช้ สร้าง หรือเผยแพร่เครื่องมือแฮ็กภายนอก ซอฟต์แวร์แฮก สคริปต์อัตโนมัติ มาโครที่เป็นอันตราย เครื่องเร่งความเร็ว การแก้ไขหน่วยความจำ การดัดแปลงแพ็กเก็ต การจำลองโปรโตคอล เครื่องมือการทำงานอัตโนมัติที่ไม่ได้รับอนุญาต หรือเวอร์ชันไคลเอนต์ที่ดัดแปลงซึ่งอาจให้ข้อได้เปรียบที่ไม่เป็นธรรม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ฟีเจอร์การเข้าถึงระบบปกติหรือเครื่องมือช่วยเหลือที่ไม่มีข้อได้เปรียบในการแข่งขันไม่ถือเป็นการละเมิดโดยปริยาย; การพิจารณาว่าเครื่องมือดังกล่าวเป็นการละเมิดหรือไม่จะขึ้นอยู่กับว่าเป็นการ bypass การทำงานปกติ, ดำเนินการในเกมอัตโนมัติ, บ่อนทำลายความยุติธรรม หรือหลบเลี่ยงข้อจำกัดทางเทคนิคหรือไม่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ห้ามจัดจำหน่าย ขาย หรือโปรโมตซอฟต์แวร์โกง มัลแวร์ ปลั๊กอินอันตราย เครื่องมือขโมยบัญชี หรือลิงก์ดาวน์โหลดที่เกี่ยวข้องให้กับผู้เล่นคนอื่น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4.3 ข้อบกพร่อง, ช่องโหว่, ไอเทมซ้ำซ้อน และกำไรผิดปกติ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เมื่อพบปัญหาเช่นบั๊กเกม ความผิดปกติของตัวเลข รางวัลซ้ำซ้อน การคัดลอกไอเทม อัตราการดรอปที่ผิดปกติ เงินเพิ่มขึ้นโดยไม่คาดคิด การ bypass การใช้จ่าย หรือธุรกรรมผิดพลาด ผู้เล่นควรหยุดการแพร่กระจายปัญหานี้ทันทีและรายงานผ่านช่องทางทางการ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ห้ามใช้ช่องโหว่โดยรู้เท่าทัน ทำซ้ำไอเทมหลายครั้ง จัดตั้งผู้อื่นให้ใช้ช่องโหว่นั้น เผยแพร่วิธีการเจาะเฉพาะ ซ่อนกำไรผิดปกติ หรือกระจายทรัพย์สินผิดปกติข้ามหลายบัญชี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สำหรับไอเทมเสมือน สกุลเงิน ค่าสถานะ หรือรางวัลที่เกิดจากความผิดพลาดของระบบอย่างชัดเจน ผู้ดำเนินการมีสิทธิ์ระงับ ยึดคืน ยกเลิก หรือเพิกถอนธุรกรรมที่เกี่ยวข้องและแก้ไขค่าเหล่านั้นตามสมควร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ผู้เล่นที่ไม่มีเจตนาละเมิดกฎโดยสมัครใจ เหตุการณ์เป็นกรณีโดดเดี่ยวและบังเอิญ และรายงานปัญหาทันทีพร้อมให้ความร่วมมือกับการสอบสวนอย่างเป็นทางการ อาจได้รับการยกเว้นโทษในรายบุคคล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4.4 การทำธุรกรรม, ของขวัญ และเศรษฐกิจในเกม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DAWNBLOOMอนุญาตให้มีการซื้อขายโดยตรง การส่งของขวัญ และการโอนไอเทมหรือเหรียญในเกมผ่านร้านค้า จดหมาย หรือช่องทางทางการอื่นๆ ในฐานะส่วนหนึ่งของกฎภายในของเกม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ห้ามได้รับหรือโอนสินทรัพย์เสมือนผ่านวิธีการฉ้อโกง ขโมยบัญชี ซอฟต์แวร์โกง การใช้ช่องโหว่ การคัดลอก การฉ้อโกงการชำระเงิน หรือคำขอคืนเงินที่มีเจตนาไม่ดี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ห้ามใช้แทคติคเช่นการแยกคำสั่งซื้อ การรีเลย์บัญชี การหมุนเวียนบัญชีเชื่อมโยง หรือธุรกรรมปลอม เพื่อซ่อนแหล่งที่มาของการละเมิด หลีกเลี่ยงการติดตาม หรือจัดการเศรษฐกิจในเกม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ธุรกรรมที่เกี่ยวข้องกับเงินจริงที่ไม่เป็นทางการ การซื้อขายบัญชี หรือการทำข้อตกลงรับประกันส่วนตัว ไม่ได้รับการคุ้มครองโดยแพลตฟอร์มอย่างเป็นทางการ หากกิจกรรมดังกล่าวเกี่ยวข้องกับการฉ้อโกง การดำเนินการผิดกฎหมาย ฟอกเงิน การใช้เครื่องมือโกง หรือการรบกวนระบบเศรษฐกิจ ผู้ดำเนินการขอสงวนสิทธิ์ในการลงโทษ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สำหรับทรัพย์สินที่ได้มาจากการขโมย การฉ้อโกง การใช้ช่องโหว่ หรือวิธีการอื่นที่มิได้รับอนุญาต ผู้ดำเนินการขอสงวนสิทธิ์ในการระงับหรือเรียกคืนทรัพย์สินดังกล่าว แม้ได้โอนไปยังบัญชีของบุคคลที่สาม โดยอาศัยลำดับชั้นของหลักฐาน ในการจัดการกรณีดังกล่าว ผู้ดำเนินการจะพิจารณาปัจจัยต่างๆ รวมถึงความตระหนักของบุคคลที่สามเกี่ยวกับธุรกรรม ความผิดปกติชัดเจนของธุรกรรม และผลกระทบทางเศรษฐกิจโดยรวม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4.5 การฉ้อโกง, การปลอมแปลง และข้อมูลเท็จ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ห้ามบุคคลใดหลอกลวง ชักจูง หรือฉ้อโกงผู้อื่นโดยการแสดงข้อความเท็จ สร้างข้อเท็จจริงปลอม ซ่อนเร้นข้อเท็จจริงสำคัญ ทำให้ชื่อเล่นสับสนโดยเจตนา แอบอ้างเป็นเพื่อน แอบอ้างเป็นเจ้าหน้าที่ ปลอมแปลงภาพหน้าจอหรือบันทึกคำสั่งซื้อ หรือด้วยวิธีอื่นใดเพื่อให้ได้มาซึ่งไอเทมเสมือน ข้อมูลบัญชี หรือทรัพย์สินในโลกจริง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ห้ามแอบอ้างเป็น DAWNBLOOM Token, คู่มือแนะนำ Dawnbloom หรือแอปพลิเคชันดาวน์โหลดหรืออัปเดตใดๆ เพื่อ obtaining บัญชี รหัสยืนยัน ข้อมูลอีเมล หรือข้อมูลการชำระเงินของผู้อื่น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ห้ามเผยแพร่ประกาศทางการเท็จ กิจกรรม ข้อเสนอค่าชดเชย การชนะรางวัล ส่วนลดโปรโมชั่น แจ้งเตือนความปลอดภัยบัญชี หรือรายละเอียดการติดต่อฝ่ายบริการลูกค้า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ห้ามใช้คำศัพท์เช่น “กู้บัญชีแทน”, “เติมเงินแทน”, “ช่องทางภายใน” หรือ “ความสัมพันธ์กับ GM” เพื่อชักนำให้ผู้เล่นมอบรหัสผ่าน รหัสยืนยัน หรือการชำระเงินแก่ช่องทางที่ไม่เป็นทางการ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4.6 แชท, การกลั่นแกล้ง และความปลอดภัยในโลกจริง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อนุญาตให้มีการถกเถียงอย่างสมเหตุสมผล อารมณ์การแข่งขัน และการแสดงออกซึ่งมุมมองที่แตกต่างกัน แต่ห้ามการรบกวนอย่างต่อเนื่อง พฤติกรรมคล้ายการตามรังควาน การส่งข้อความขยะร้ายแรง การดูหมิ่นส่วนตัวที่ยาวนาน การโจมตีแบบเลือกปฏิบัติ การล่วงละเมิดทางเพศ คำขู่ส่วนตัว หรือการยุยงให้เกิดอันตรายในโลกจริง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ห้ามเปิดเผยต่อสาธารณะ ชื่อจริง ที่อยู่ หมายเลขโทรศัพท์ เอกสารระบุตัวตน สถานที่ทำงาน ข้อมูลครอบครัว รูปภาพส่วนตัว หรือข้อมูลระบุตัวตนส่วนบุคคลอื่นๆ ของบุคคลอื่นโดยไม่ได้รับความยินยอม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ห้ามข่มขู่ผู้เล่นอื่น พนักงาน หรือบุคคลที่สาม ผ่านความรุนแรง การลักพาตัว การทำร้ายร่างกาย หรือการเรียกค่าไถ่ในโลกจริง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ผู้ดำเนินการจะไม่ลงโทษเพียงอย่างเดียวจากตำแหน่ง การวิจารณ์ หรือการแสดงออกทางการเมือง ตราบเท่าที่เนื้อหานั้นถูกกฎหมายและไม่เป็นการลบหลู่ อย่างไรก็ตาม หากเนื้อหาประกอบด้วยข้อมูลที่ผิดกฎหมายตามกฎระเบียบที่เกี่ยวข้อง การพูดแสดงความเกลียดชัง การขู่ทำร้ายร่างกาย การกลั่นแกล้ง การบุกรุกความเป็นส่วนตัว หรือกิจกรรมองค์กรที่ผิดกฎหมาย จะได้รับการจัดการตามกฎหมายและกฎเหล่านี้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4.7 สแปม การโฆษณา และลิงก์ที่เป็นอันตราย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ห้ามส่งเนื้อหาซ้ำๆ มากเกินไป คล้ายกัน หรือไร้ความหมาย อย่างต่อเนื่อง หรือส่งข้อความขยะอย่างต่อเนื่องในช่องสื่อสารปกติ เช่น แชทโลก ข้อความส่วนตัว กลุ่ม หรือฟอรัม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ไม่อนุญาตให้มีการส่งเสริมเครื่องมือโกง การขโมยบัญชี การพนัน มิจฉาชีพ ซอฟต์แวร์ที่เป็นอันตราย การทำธุรกรรมที่ผิดกฎหมาย เว็บไซต์ที่ไม่ได้รับอนุญาต หรือบริการอื่น ๆ ที่ endanger ความปลอดภัยของผู้เล่นอย่างชัดเจน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แบ่งปันคู่มือวิดีโอหรือเนื้อหาชุมชนที่เกี่ยวข้องกับเกมระหว่างผู้เล่นทั่วไปไม่ได้ถือเป็นการโฆษณาโดยอัตโนมัติ; การพิจารณาว่าเนื้อหาดังกล่าวละเมิดกฎหรือไม่จะขึ้นอยู่กับความถี่ เจตนา ความปลอดภัยของเนื้อหา และผลกระทบต่อสื่อสารปกติเป็นหลัก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4.8 เนื้อหาต้องห้ามหรือเป็นอันตรายร้ายแรง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ห้ามเผยแพร่ จัดระเบียบ หรือกระจายเนื้อหาใด ๆ ที่ถือเป็นสิ่งต้องห้ามโดยกฎหมายที่ใช้บังคับ รวมถึงแต่ไม่จำกัดเพียง วัสดุการแสวงประโยชน์ทางเพศเด็ก องค์กรอาชญากรรมรุนแรงในโลกจริง การฉ้อโกง การพนันผิดกฎหมาย การค้ายาเสพติดผิดกฎหมาย และการแจกจ่ายซอฟต์แวร์ที่เป็นอันตราย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ห้ามผู้เล่นใช้เกมหรือแพลตฟอร์มชุมชนอย่างเป็นทางการสำหรับการฉ้อโกงในโลกจริง การเรียกค่าไถ่ การระดมทุนผิดกฎหมาย ฟอกเงิน หรือกิจกรรมผิดกฎหมายอื่นๆ รวมถึงการละเมิดสิทธิ์ในทรัพย์สินทางปัญญา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ผู้ดำเนินการสามารถเก็บรักษาหลักฐานที่จำเป็น จำกัดฟังก์ชันที่เกี่ยวข้อง และร่วมมือกับหน่วยงานที่ได้รับอนุญาตตามกฎหมายเมื่อมีเหตุผลอันสมควรที่จะทำเช่นนั้น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4.9 การตั้งชื่อและการแสดงตัวตน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ชื่อผู้เล่น ชื่อคลาน ชื่อร้าน/ร้านค้า ชื่อสัตว์ล่องหน และชื่อที่กำหนดเองอื่น ๆ ไม่ควรเลียนแบบหน่วยงานทางการ เจตนาทำให้ฝ่ายบริการลูกค้าหรือระบบสับสน หรือมีเนื้อหาที่รุนแรง ก้าวร้าว รบกวน ผิดกฎหมาย หลอกลวง หรือเชื่อมโยงที่เป็นอันตราย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สำหรับชื่อที่ละเมิดกฎ ผู้ดำเนินการสามารถแทนที่ด้วยชื่อชั่วคราวโดยตรงหรือขอให้ผู้เล่นเปลี่ยนชื่อ; ในกรณีที่เกี่ยวข้องกับชื่อคลาน ผู้ดำเนินการสามารถแก้ไขชื่อคลานได้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หากคลานมีส่วนร่วมในการละเมิดร้ายแรงในระยะยาว แบบกลุ่ม หรือแบบจัดระเบียบ ผู้ดำเนินการสามารถยุบคลานและจัดการสมาชิกแต่ละรายตามระดับของการมีส่วนร่วมของพวกเขา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4.10 การโต้ตอบกับ GM, บริการลูกค้า และเจ้าหน้าที่ทางการ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ห้ามผู้เล่นปลอมตัวเป็น GM ตัวแทนบริการลูกค้า หรือเจ้าหน้าที่ทางการ หรือสร้างหรือแสดงผลลัพธ์การจัดการทางการเท็จ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ห้ามผู้เล่นจงใจให้หลักฐานเท็จ ปลอมแปลงบันทึกการทำธุรกรรม ปิดบังข้อเท็จจริงสำคัญ หรือชี้นำการสอบสวนไปในทางที่ผิดโดยเจตนา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ห้ามผู้เล่นใช้ตั๋วหรือข้อความที่มากเกินไป ซ้ำๆ หรือไม่มีความหมายเพื่อบริโภคทรัพยากรบริการลูกค้าโดยเจตนาไม่ดี; การติดตามเรื่องที่ยังไม่ได้รับการแก้ไขเป็นเรื่องปกติและไม่ถือเป็นการละเมิด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ห้ามผู้เล่นด่าทอ ขู่กรรโชก หรือรังแกพนักงานบริการลูกค้าหรือเจ้าหน้าที่; ข้อพิพาทเกี่ยวกับบทลงโทษต้องได้รับการแก้ไขผ่านช่องทางอุทธรณ์อย่างเป็นทางการ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4.11 เว็บไซต์ทางการ ฟอรัม และชุมชนทางการ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เว็บไซต์อย่างเป็นทางการ ฟอรัม และชุมชนอย่างเป็นทางการอยู่ภายใต้กฎระเบียบเดียวกันในการต่อต้านการฉ้อโกง การกลั่นแกล้ง กิจกรรมผิดกฎหมาย สแปม และการตั้งชื่อตามที่ระบุไว้ในนี้ กฎของผู้เล่นและนโยบายการบังคับใช้.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ผู้ดำเนินการอาจลบหรือซ่อนโพสต์ ความคิดเห็น ไฟล์แนบ ลิงก์ และเนื้อหาที่เกี่ยวข้อง; สำหรับการละเมิดที่รุนแรงหรือเกิดขึ้นซ้ำ ผู้ดำเนินการอาจลบโปรไฟล์ชุมชนที่เกี่ยวข้อง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การลบโพสต์ในฟอรัมหรือโปรไฟล์ไม่เทียบเท่ากับการลบบัญชีเกม และไม่ส่งผลต่อสถานะตัวละครในเกมโดยอัตโนมัติ เว้นแต่การละเมิดเกิดขึ้นพร้อมกันภายในเกมหรือเกี่ยวข้องโดยตรงกับความปลอดภัยของเกมและลำดับทางเศรษฐกิจ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4.12 การขัดข้องของบริการ การโจมตี และการดำเนินการทางเทคนิคที่ไม่ได้รับอนุญาต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กฎนี้ใช้บังคับกับ DAWNBLOOM AI และ DAWNBLOOM Fairy ด้วย ห้ามใช้การแทรกคำสั่ง สวมรอย ปลอมการอนุญาต ใช้ระบบอัตโนมัติในทางมิชอบ หรือวิธีอื่นเพื่อดึงข้อมูลที่ไม่เปิดเผย อ่านบัญชีและข้อมูลเกมของผู้อื่น ข้ามสิทธิ Intelligent UI หรือโจมตีบริการโมเดล คำตอบ AI ไม่สามารถใช้เป็นเหตุในการเปลี่ยนกฎเกม กู้คืนทรัพย์สิน หรือยกเว้นความรับผิดจากการละเมิด การสอบสวน การลงโทษ การแจ้ง และการอุทธรณ์ยังคงดำเนินตามกระบวนการเดิมในเอกสารนี้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ห้ามโจมตี รบกวน สแกน แทรกซึม หรือรบกวนเซิร์ฟเวอร์เกม เว็บไซต์ทางการ API ฐานข้อมูล ระบบหลังบ้านของ GM หรือโครงสร้างพื้นฐานอื่น 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ห้ามหลีกเลี่ยงการควบคุมการเข้าถึง ข้อจำกัดสิทธิ์ ขีดจำกัดอัตรา การตรวจสอบความปลอดภัย หรือพยายามอ่านข้อมูลภายในที่ไม่ได้เปิดเผยต่อผู้เล่นอย่างสาธารณะ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ห้ามรวบรวมข้อมูลผู้เล่น ข้อมูลอินเทอร์เฟซภายใน สูตรความน่าจะเป็นที่ไม่เป็นสาธารณะ หรือข้อมูลแบ็กเอนด์จำนวนมาก รวมถึงการใช้เครื่องมือทางเทคนิคเพื่อส่งผลต่อความเสถียรของเซิร์ฟเวอร์โดยไม่ได้รับอนุญาต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หากนักวิจัยด้านความปลอดภัยค้นพบช่องโหว่ พวกเขาควรหยุดการขยายผลกระทบใดๆ เพิ่มเติมและรายงานปัญหาผ่านช่องทางบริการลูกค้าหรือความปลอดภัยอย่างเป็นทางการ ช่องโหว่ที่รายงานด้วยความสุจริตและไม่ถูกนำไปใช้ในทางที่ผิดจะได้รับการจัดการเป็นลำดับความสำคัญตามกระบวนการแก้ไขช่องโหว่ที่กำหนดไว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4.13 การเติมเงิน การคืนเงิน และความสมบูรณ์ของการชำระเงิน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ห้ามใช้วิธีการชำระเงินที่ถูกขโมย เครื่องมือชำระเงินปลอม การไม่ชำระเงินโดยเจตนาไม่ดี การคืนเงินสองครั้ง หรือวิธีการอื่นๆ เพื่อวัตถุประสงค์ในการเรียกคืนเงินอย่างไม่จริยธรรมหลังจากการบริโภคเนื้อหาเสมือนจริง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การคืนเงินที่เกิดจากความขัดแย้งของแพลตฟอร์มการชำระเงินปกติ การหักเงินโดยไม่ได้ตั้งใจ สิทธิทางกฎหมายของบุคคลที่ยังไม่บรรลุนิติภาวะ หรือคำขอคืนเงินที่ชอบด้วยกฎหมาย ไม่ถือเป็นการละเมิดโดยอัตโนมัติ; ผู้ดำเนินการจะจัดการกรณีดังกล่าวโดยอ้างอิงจากบันทึกการชำระเงินและกฎหมายที่เกี่ยวข้อง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หากการคืนเงินนำไปสู่การสูญเสียพื้นฐานของการชำระเงินสำหรับทรัพย์สินเสมือนจริงที่ออกไปแล้ว ผู้ดำเนินการอาจแช่แข็งหรือเรียกคืนไอเท็มเสมือนจริงที่เกี่ยวข้องและยกเลิกมูลค่าหรือธุรกรรม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4.14 กิจกรรมตลาดมืดแบบจัดตั้งและการหลีกเลี่ยงการลงโทษ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องค์กรใดก็ตามหรือการเข้าร่วมในกลุ่มหรือสตูดิโอที่ทำกิจกรรมเช่น การแฮ็กบัญชี ซอฟต์แวร์โกง การคัดลอกไอเท็ม การขุดผิดปกติ การฉ้อโกง การค้าโดยไม่ได้รับอนุญาต การสร้างบัญชีจำนวนมาก หรือการขอคืนเงินโดยมีเจตนาไม่ดี อาจถูกลงโทษอย่างรุนแรง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การใช้บัญชีที่เกี่ยวข้อง คลังสินค้า อีเมล ของขวัญ หรือห่วงโซ่ธุรกรรมเพื่อถ่ายโอนผลประโยชน์ที่ได้มาอย่างผิดกฎหมาย ไม่ได้ exempts ผู้ดำเนินการจากการติดตามและจัดการการละเมิด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บัญชี ตัวละคร ชื่อ อุปกรณ์ หรือทรัพย์สินใดๆ ที่ถือแทนบุคคลอื่นจะต้องถูกลงโทษหากการกระทำดังกล่าวมีวัตถุประสงค์เพื่อหลีกเลี่ยงการบังคับใช้มาตรการ และโทษอาจขยายไปถึงบัญชี ตัวละคร หรือทรัพย์สินที่เกี่ยวข้อง โดยต้องมีการพิสูจน์ความเชื่อมโยงด้วยหลักฐานที่น่าเชื่อถือ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ส่วนห้า: การลงโทษ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ผู้ดำเนินการอาจใช้ดุลยพินิจในการใช้มาตรการต่อไปนี้โดยลำพังหรือร่วมกัน โดยพิจารณาจากลักษณะและความรุนแรงของพฤติกรรม ลำดับที่ระบุไว้ไม่ได้หมายถึงการยกระดับตามขั้นตอนที่จำเป็น และไม่บ่งชี้ว่าต้องใช้มาตรการทั้งหมดในทุกกรณีของการละเมิด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การลงโทษ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ความหมาย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คำเตือน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แจ้งผู้เล่นเกี่ยวกับข้อเท็จจริงของการละเมิดผ่านช่องทางในเกม เว็บไซต์ทางการ อีเมล หรือบริการลูกค้า ขอให้งดการกระทำดังกล่าวทันที และแจ้งถึงผลที่อาจเกิดขึ้น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การบังคับให้หลุดออกจากระบบ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ยุติเซสชันการเล่นปัจจุบันทันทีเพื่อหยุดการละเมิดที่กำลังดำเนินอยู่ ปกป้องความปลอดภัยของบัญชี หรืออำนวยความสะดวกในการสอบสวน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แบนการสื่อสาร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จำกัดฟังก์ชันการสื่อสารในโลก พื้นที่ใกล้เคียง ทีม คลาน ข้อความส่วนตัว ความคิดเห็นในฟอรัม หรือช่องทางอื่นๆ โดยขอบเขตและระยะเวลาจะได้รับการแจ้งให้ทราบ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การกักกันชั่วคราว (เรือนจำ)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ย้ายตัวละครไปยังพื้นที่แยกชั่วคราวและอาจจำกัดฟังก์ชันต่างๆ เช่น การต่อสู้ กิจกรรมกลุ่ม การค้า การมอบของขวัญ การโอนจดหมาย และกิจกรรมของคลาน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การกักกันถาวร (เรือนจำ)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นี่คือระดับสูงสุดของการลงโทษในเกม ตัวละครจะถูกวางไว้ในพื้นที่แยกนานหรือถาวร ทำให้สูญเสียการเข้าถึงโลกเกมปกติและฟีเจอร์การเล่นเกมหลัก ในขณะที่ยังคงเข้าถึงการเข้าสู่ระบบ การแจ้งเตือน บริการลูกค้า และช่องทางการอุทธรณ์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การแช่แข็งไอเทมเสมือนในเกม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จำกัดการใช้และการหมุนเวียนของไอเทม สกุลเงิน หรือทรัพย์สินเสมือนเฉพาะบางชนิด เพื่อป้องกันการแพร่กระจายของทรัพย์สินผิดปกติเพิ่มเติม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เรียกคืนไอเทมเสมือนจริงในเกม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ลบไอเทมที่ได้มาอย่างผิดกฎหมาย ไอเทมที่ถูกขโมย ไอเทมที่ซ้ำซ้อน ทรัพย์สินผิดปกติ หรือรายได้โดยตรงใดๆ ที่ได้มาจากสิ่งเหล่านั้น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การหักค่าติดลบ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ย้อนกลับหรือหักประสบการณ์ ทองคำ เหรียญเวทมนตร์ ชื่อเสียง คะแนน ผลประโยชน์ด้านคุณสมบัติ หรือผลประโยชน์อันดับใดก็ตามที่ได้จากการละเมิด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ข้อจำกัดในการทำธุรกรรม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จำกัดหนึ่งหรือมากกว่าฟังก์ชันการทำธุรกรรมต่อไปนี้: การซื้อขายโดยตรง การมอบของขวัญ การลงขาย/ซื้อในตลาด การแนบทรัพย์สินทางจดหมาย หรือการจัดส่งสินค้า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แก้ไขชื่อผู้เล่น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บังคับแก้ไขชื่อผู้เล่นที่ถือว่าไม่เหมาะสม, หลอกลวง หรือทำให้เข้าใจผิด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แก้ไขชื่อกิลด์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บังคับแก้ไขชื่อกิลด์ที่พบว่ามีพฤติกรรมฝ่าฝืนกฎหรือก่อให้เกิดความสับสน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ยุติกิลด์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ยุติกิลด์ที่มีส่วนร่วมในการฝ่าฝืนกฎอย่างต่อเนื่อง เป็นระบบ หรือมีเจตนาชั่วร้ายเป็นหลัก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ลบโพสต์ในฟอรัม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ลบหรือซ่อนหัวข้อความคิดเห็นไฟล์แนบหรือลิงก์ที่ล่วงละเมิดบนเว็บไซต์ทางการ/ฟอรัม/ชุมชนทางการ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การลบข้อมูลในคลังเก็บถาวร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การลบหรือซ่อนบันทึกส่วนบุคคล หัวข้อ หรือการแสดงต่อสาธารณะบนเว็บไซต์ทางการ/ฟอรัม/ชุมชนทางการ ไม่ได้ถือเป็นการลบบัญชีเกม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รับผิดชอบทางกฎหมาย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เมื่อมีการสงสัยว่ากระทำผิดกฎหมาย ละเมิดสิทธิ หรือสร้างความเสียหายในโลกจริง ผู้ดำเนินการอาจตามกฎหมายเก็บรักษาหลักฐาน ระงับบริการที่เกี่ยวข้อง แจ้งหน่วยงานที่มีอำนาจ หรือร่วมมือกับการสอบสวน; ฝ่ายที่เกี่ยวข้องจะต้องรับผิดชอบทางแพ่ง บริหาร หรืออาญาตามสมควรตามกฎหมาย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เกี่ยวกับ "กลไกการระงับบัญชี"</w:t>
              <w:br/>
              <w:t>ข้อกำหนดของ DAWNBLOOM ไม่ได้รวม "การระงับบัญชีถาวร" ไว้เป็นมาตรการลงโทษ หากผู้ใช้ถึงระดับการลงโทษสูงสุด หลักการที่ใช้คือ "การแยกตัวถาวร (จำคุก) + ข้อจำกัดที่จำเป็นต่อสินทรัพย์/การซื้อขาย/ฟังก์ชันทางสังคม" อย่างไรก็ตาม หากข้อกำหนดทางกฎหมาย, คำสั่งจากหน่วยงานกำกับดูแล, กฎระเบียบของแพลตฟอร์มการชำระเงินหรือแพลตฟอร์มการจัดจำหน่าย หรือคำสั่งจากศาลหรือเจ้าหน้าที่ฝ่ายปกครองกำหนดให้ต้องหยุดให้บริการ ผู้ดำเนินการจะต้องปฏิบัติตามกฎหมาย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ส่วนหก: ประเภทของการละเมิดและเงื่อนไขการลงโทษทั่วไป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ตารางด้านล่างแสดงแนวทางจัดการทั่วไปและไม่ใช่คู่มือการตัดสินที่กำหนดไว้เชิงกล ผู้ดำเนินการจะประเมินกรณีอย่างรอบด้านโดยพิจารณาจากหลักฐาน ผลกระทบ กำไร เจตนาส่วนตัว การทำผิดซ้ำ และระดับความร่วมมือ และอาจลงโทษสะสมหากจำเป็น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ประเภทของการฝ่าฝืนกฎ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ขั้นตอนการจัดการทั่วไป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หมายเหตุเกี่ยวกับสถานการณ์ที่รุนแรงหรือพิเศษ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สแปมระดับเบา ความคิดเห็นไม่เหมาะสมเป็นครั้งคราว การล่วงละเมิดเล็กน้อย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คำเตือน; เงียบชั่วคราว; บังคับออกจากระบบหากจำเป็น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หากพฤติกรรมยังคงดำเนินต่อไปหลังจากการเตือนซ้ำๆ เกี่ยวข้องกับการกลั่นแกล้งผู้เล่นเฉพาะรายในระยะยาว หรือหลบเลี่ยงข้อจำกัดความเงียบ อาจมีการescalateโทษ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การปลอมตัวเป็นเจ้าหน้าที่ทางการ, บริการลูกค้า หรือ GM โดยไม่ก่อให้เกิดความเสียหายทางการเงิน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คำเตือน; การปิดปาก; บังคับให้ออฟไลน์; การแยกชั่วคราว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หากใช้เพื่อขโมยบัญชี, รหัสยืนยัน, ไอเทมในเกม หรือสินทรัพย์จริง, พฤติกรรมดังกล่าวจะถูกพิจารณาเป็นการฉ้อโกงและถูกลงโทษตามสมควร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การฉ้อโกง, การปลอมตัวเป็นเพื่อน, การทำธุรกรรมเท็จ, การจัดการที่มุ่งร้าย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ยึดไอเทมในเกม; หักมูลค่า; จำกัดการทำธุรกรรม; แยกชั่วคราว; ในกรณีรุนแรงอาจถูกแยกถาวร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อาจกู้คืนหรือย้อนกลับธุรกรรมที่ติดตามได้; เมื่อเกี่ยวข้องกับสินทรัพย์จริงหรือมีการกระทำผิดกฎหมาย จะดำเนินคดีตามกฎหมาย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เครื่องมือแฮก, สคริปต์แฮก, การดัดแปลงไคลเอนต์, อัตโนมัติที่มุ่งร้าย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บังคับให้ออฟไลน์; แยกชั่วคราว; จำกัดการซื้อขาย; ยึดหรือริบไอเทมในเกม; หักมูลค่า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การจัดตั้ง, ผลิต, ขาย หรือเผยแพร่เครื่องมือแฮกที่ทำให้เกิดผลกระทบวงกว้าง อาจนำไปสู่การแยกถาวร และจะดำเนินคดีตามกฎหมาย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การใช้ประโยชน์จากบั๊ก, การคัดลอกไอเทม, หรือการเก็บไอเทมผิดปกติ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ยึดไอเทมในเกม; คืนไอเทม; หักมูลค่า; จำกัดการซื้อขาย; แยกชั่วคราว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การใช้ประโยชน์จำนวนมาก, ซ่อนกำไรผิดปกติ, การใช้หลายบัญชีเพื่อกระจายความเสี่ยง, การเผยแพร่วิธีการใช้งาน, หรือการกระทำซ้ำ อาจนำไปสู่การแยกถาวร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การรับสินทรัพย์จากแหล่งที่ผิดปกติหรือผิดกฎหมายอย่างชัดเจน และการช่วยเหลือในการโอนย้าย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ยึดหรือริบไอเทมที่เกี่ยวข้อง; จำกัดการซื้อขาย; ออกคำเตือนหรือแยกชั่วคราว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ไม่ว่าผู้ใช้รู้หรือไม่, ราคาธุรกรรมผิดปกติหรือไม่, มีการเป็นตัวกลางซ้ำๆ หรือไม่, และการร่วมมือกับการสอบสวนจะมีผลต่อการลงโทษ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การขอคืนเงินโดยมุ่งร้าย, การปฏิเสธการชำระเงินโดยไม่ได้รับอนุญาต, การฉ้อโกงการชำระเงิน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ยึด/ withhold สินทรัพย์ที่เกี่ยวข้อง; หักมูลค่า; จำกัดการทำธุรกรรม; แยกชั่วคราว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เมื่อมีขนาดใหญ่, จัดระเบียบ หรือเกี่ยวข้องกับการกระทำผิดกฎหมาย, อาจถูกแยกถาวร และจะดำเนินคดีตามกฎหมาย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การโพสต์ลิงก์อันตราย, มัลแวร์ขโมยบัญชี, ปลั๊กอินโกง, การโฆษณา หรือโฆษณาหลอกลวง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ห้ามพูด; ลบโพสต์; ลบโปรไฟล์; บังคับออกจากระบบ; แยกชั่วคราว/ถาวร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ในกรณีที่มีการขโมยบัญชี, การสูญเสียทรัพย์สิน, หรือการแพร่กระจายอย่างกว้างขวาง, บทลงโทษจะรุนแรงขึ้น และขอสงวนสิทธิ์ในการดำเนินคดีทางกฎหมาย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การเปิดเผยข้อมูลส่วนตัวจริงของผู้อื่น, การขู่กรรโชก, หรือการกลั่นแกล้งอย่างรุนแรง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ห้ามพูด; บังคับออกจากระบบ; แยกชั่วคราว/ถาวร; ลบเนื้อหาที่เกี่ยวข้อง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ความรับผิดชอบทางกฎหมายจะใช้ได้ในกรณีที่เกี่ยวข้องกับความเสี่ยงต่อความปลอดภัยในโลกจริง, การเรียกค่าไถ่, การขู่ใช้ความรุนแรง, หรือการเปิดเผยข้อมูลผิดกฎหมาย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การละเมิดชื่อผู้เล่น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คำเตือน; เปลี่ยนชื่อ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ในกรณีที่มีการปลอมแปลงช่องทางทางการ, การฉ้อโกง, หรือการกลั่นแกล้งอย่างต่อเนื่อง, อาจมีการใช้มาตรการเพิ่มเติมเช่น ห้ามพูดหรือแยกตัว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การละเมิดชื่อครอบครัว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การเปลี่ยนชื่อคลาน; คำเตือนที่ออกให้กับผู้ดูแลระบบที่เกี่ยวข้อง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เมื่อสมาชิกปฏิเสธที่จะแก้ไขการละเมิดซ้ำแล้วซ้ำเล่า หรือเมื่อครอบครัวกระทำด้วยความตั้งใจที่จะละเมิดอย่างร้ายแรง, ครอบครัวอาจถูกยุบ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การมีส่วนร่วมของคลานในเครื่องมือโกงแบบจัดตั้ง, การฉ้อโกง, การทำธุรกรรมผิดปกติ, หรือกิจกรรมตลาดมืด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ยุบครอบครัว; จำกัดการทำธุรกรรม, ยึด/ยึดคืนสินทรัพย์, และแยกสมาชิกชั่วคราว/ถาวร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บทลงโทษจะถูกกำหนดตามระดับการมีส่วนร่วมที่แท้จริงของแต่ละสมาชิก, และจะไม่มีการลงโทษอัตโนมัติเพียงเพราะเป็นสมาชิกของครอบครัว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การละเมิดในเนื้อหาเว็บไซต์ทางการหรือฟอรัม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ลบโพสต์ในฟอรัม; ออกคำเตือน; ในกรณีที่จำเป็น, สั่งห้ามพูดหรือลบบันทึกโปรไฟล์ผู้ใช้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หากเกี่ยวข้องกับความปลอดภัยของบัญชีเกม, การฉ้อโกง, กิจกรรมผิดกฎหมาย, หรือพฤติกรรมทางเศรษฐกิจที่ไม่เหมาะสม, บัญชีเกมอาจถูกจัดการพร้อมกัน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การโจมตีเซิร์ฟเวอร์โดยมีเจตนาไม่ดี การเข้าถึงโดยไม่ได้รับอนุญาต การหลีกเลี่ยงสิทธิ์ หรือการรบกวนบริการ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บังคับออฟไลน์; แยกการเชื่อมต่อถาวร; ยึดสินทรัพย์ที่เกี่ยวข้อง; รับผิดชอบทางกฎหมาย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การแยกทางเทคนิคและการรักษาหลักฐานอาจดำเนินการได้ทันทีโดยไม่ต้องแจ้งล่วงหน้า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การชี้นำการสอบสวนโดยมีเจตนาไม่ดี การสร้างหลักฐานเท็จ หรือการยื่นรายงานเท็จซ้ำๆ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คำเตือน; การเงียบ; การแยกชั่วคราว; การลบโพสต์ฟอรัม/โปรไฟล์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การอุทธรณ์ปกติที่ไม่สำเร็จไม่ถือเป็นการละเมิด; จะดำเนินการก็ต่อเมื่อรู้ตัวว่าเท็จและถูกใช้ในทางที่ผิดโดยเจตนา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การใช้บัญชีที่เกี่ยวข้องเพื่อหลีกเลี่ยงโทษหรือโอนผลประโยชน์ที่ได้มาอย่างผิดกฎหมาย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ขยายโทษเดิมไปยังตัวละคร/ทรัพย์สินที่เกี่ยวข้อง; จำกัดการซื้อขาย; ยึด/ระงับไอเทมเสมือน; แยกออกชั่วคราวหรือถาวร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ต้องได้รับการสนับสนุนด้วยความเชื่อมโยงที่เป็นเหตุเป็นผลที่เกิดจากหลักฐานเช่น บันทึกการเข้าสู่ระบบ ธุรกรรม ข้อมูลอุปกรณ์ และรูปแบบพฤติกรรม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ส่วนเจ็ด: การสอบสวน หลักฐาน และมาตรการชั่วคราว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ผู้ดำเนินการสามารถสืบสวนได้ตามบันทึกเซิร์ฟเวอร์ บันทึกการเข้าสู่ระบบ บันทึกธุรกรรม/ของขวัญ/การโอน/อีเมล บันทึกแชท บันทึกการเล่นเกม การแจ้งเตือนของระบบ รายงานผู้เล่น บันทึกฝ่ายบริการลูกค้า บันทึกการชำระเงิน ภาพหน้าจอ/วิดีโอ และหลักฐานอื่น ๆ ที่เชื่อถือได้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รายงานเดียวไม่ถือเป็นหลักฐานของการละเมิด ผู้ดำเนินการจะต้องตรวจสอบกรอบเวลา บริบท ลำดับธุรกรรม ความสัมพันธ์ระหว่างบัญชี และบันทึกระบบเพื่อกำหนดความถูกต้อง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เพื่อป้องกันการกระจายทรัพย์สินเพิ่มเติมหรือการสูญเสียพยานหลักฐาน อาจมีการใช้มาตรการคุ้มครอง เช่น การบังคับให้สถานะออฟไลน์ การแยกชั่วคราว การแช่แข็งไอเทมเสมือน และการจำกัดการทำธุรกรรมในช่วงระยะเวลาการสอบสวน มาตรการดังกล่าวจะถูกยกเลิก คงไว้ หรือปรับตามข้อสรุปของการสอบสวนหลังจากที่การสอบสวนเสร็จสิ้น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ในกรณีเกิดเหตุการณ์เช่น บัญชีถูกแฮ็ก การคัดลอกไอเทม การใช้ช่องโหว่ ธุรกรรมผิดปกติ ข้อพิพาทการคืนเงิน หรือการอุทธรณ์บัญชี ผู้ดำเนินการอาจเก็บรักษาหลักฐานที่เกี่ยวข้องรวมถึงบันทึกแชท บันทึกธุรกรรม และข้อมูลการเข้าสู่ระบบ สำหรับการสอบสวนพิเศษและการอุทธรณ์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ผู้เล่นคาดว่าจะให้ความร่วมมือกับคำขอการสอบสวนที่เหมาะสม แต่เจ้าหน้าที่ทางการจะไม่ขอรหัสผ่านเต็มรูปแบบ ข้อมูลการชำระเงิน หรือข้อมูลส่วนบุคคลที่ละเอียดอ่อนที่ไม่จำเป็น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ส่วนแปด: การกำหนดความรุนแรงของการลงโทษ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โทษที่แตกต่างกันอาจใช้กับการละเมิดประเภทเดียวกัน โดยหลักขึ้นอยู่กับปัจจัยต่อไปนี้: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พฤติการณ์นั้นเป็นครั้งแรก ไม่ตั้งใจ หรือเกิดขึ้นเป็นครั้งคราว หรือทำซ้ำ ๆ ยาวนาน และเป็นองค์กร;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มีกำไรชัดเจน การรบกวนระบบเศรษฐกิจ ผลกระทบต่ออันดับ หรือการทำร้ายผลประโยชน์ของผู้เล่นคนอื่น;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การละเมิดได้รายงานโดยสมัครใจ หยุดยั้งทันที คืนกำไรผิดปกติ และให้ความร่วมมือในการแก้ไขฟื้นฟูหรือไม่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การจงใจปกปิด ทำลาย หรือโอนผลประโยชน์ หรือการใช้บัญชีที่เกี่ยวข้องเพื่อหลีกเลี่ยงการสอบสวน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ผลกระทบต่อจำนวนผู้เล่น ระยะเวลา ความสูญเสียจริง เสถียรภาพของเซิร์ฟเวอร์ และความเสียหายทางสังคม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ก่อนหน้านี้คู่กรณีเคยได้รับคำเตือน การปิดปาก การกักกัน หรือข้อจำกัดในการทำธุรกรรมก่อนกระทำผิดซ้ำหรือไม่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เก้า, การกระทำผิดซ้ำ, การลงโทษสะสม และการจัดการที่เกี่ยวข้อง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ผู้ดำเนินการสามารถระบุการละเมิดที่เกิดขึ้นพร้อมกันแยกต่างหากและใช้บทลงโทษสะสมได้ การกระทำผิดซ้ำ การพยายามหลบหนีบทลงโทษ การจัดระเบียบผู้อื่นให้ละเมิดกฎ การหากำไรจากการละเมิดดังกล่าว หรือการถ่ายโอนทรัพย์สินผ่านบัญชีที่เกี่ยวข้องมักจะได้รับการปฏิบัติที่รุนแรงกว่า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การจัดการการเชื่อมโยงบัญชีต้องอยู่บนพื้นฐานของหลักฐานที่มีเหตุผล ไม่อนุญาตให้มีการสันนิษฐานอัตโนมัติของการละเมิดร่วมกันเพียงเพราะสภาพแวดล้อมเครือข่ายเดียวกัน ความสัมพันธ์ในครอบครัวหรือมิตรภาพ ต้องมีการประเมินอย่างครอบคลุมโดยพิจารณาจากพฤติกรรมการเข้าสู่ระบบ ลำดับการทำธุรกรรม ความเชื่อมโยงของอุปกรณ์/บัญชี ความสัมพันธ์ของเวลา และระดับการมีส่วนร่วมจริง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สิบ, การแจ้งเตือน การอุทธรณ์ และการแก้ไขคำตัดสินที่ผิดพลาด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หลังจากบังคับใช้บทลงโทษ ผู้ดำเนินการจะแจ้งให้ผู้เล่นทราบเกี่ยวกับประเภทของบทลงโทษและเหตุผลพื้นฐานอย่างน้อยหนึ่งวิธีต่อไปนี้: การแจ้งเตือนในเกม ข้อความบัญชี บันทึกเว็บไซต์ทางการ/บริการลูกค้า หรืออีเมล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 xml:space="preserve">ผู้เล่นสามารถยื่นอุทธรณ์ผ่านศูนย์บริการลูกค้าอย่างเป็นทางการหรือทางอีเมลที่ </w:t>
      </w:r>
      <w:hyperlink r:id="rId11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 และควรให้รายละเอียดมากที่สุดเท่าที่จะเป็นไปได้ รวมถึงชื่อตัวละคร ตัวระบุบัญชี วันที่ถูกปรับ บันทึกการทำธุรกรรมหรือแชทที่เกี่ยวข้อง และวัสดุอื่นๆ ที่ตรวจสอบได้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การอุทธรณ์ การร้องเรียน หรือการวิพากษ์วิจารณ์การทำงานตามปกติจะไม่ส่งผลให้เกิดบทลงโทษเพิ่มเติมเนื่องจาก "ไม่ได้อุทธรณ์" บทลงโทษอาจถูกกำหนดภายใต้นโยบายนี้เฉพาะเมื่อมีหลักฐานการปลอมแปลงเจตนา การรบกวนบริการลูกค้าอย่างร้ายแรง หรือการใช้ระบบอุทธรณ์ในทางฉ้อโกงเท่านั้น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หากยืนยันว่าบทลงโทษนั้นผิดพลาดหรือเกินสมควร ผู้ดำเนินการจะต้องเพิกถอนหรือแก้ไขบทลงโทษ สำหรับทรัพย์สิน/ตัวเลขที่ถูกกู้คืน แช่แข็ง หรือหักลบอย่างไม่ถูกต้อง จะพยายามดำเนินการเพื่อให้กลับสู่สภาพเดิม whenever เป็นไปได้ทางเทคนิคและไม่ก่อให้เกิดความผิดปกติทางเศรษฐกิจใหม่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ในกรณีซับซ้อนที่เกี่ยวข้องกับการสอบสวนด้านความปลอดภัย การโต้แย้งการชำระเงินของบุคคลที่สาม หรือคำถามทางกฎหมาย อาจขยายเส้นเวลาในการประมวลผล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สิบเอ็ด, สถานการณ์พิเศษ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11.1 บัญชีถูกบุกรุกและทรัพย์สินที่ถูกขโมย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ผู้ดำเนินการอาจสอบสวนเหตุการณ์การขโมยโดยอิงจากข้อมูลการเข้าสู่ระบบ การทำธุรกรรม อีเมล ของขวัญ และลำดับพฤติกรรมอื่น ๆ ในการกู้คืนทรัพย์สินที่ถูกขโมย อาจจำเป็นต้องแช่แข็งหรือเรียกคืนไอเทมเสมือนจริงที่โอนไปยังบัญชีอื่นแล้ว การจัดการกับผู้เล่นผู้บริสุทธิ์จะได้รับการประเมินอย่างครอบคลุมโดยพิจารณาจากราคาธุรกรรม ระดับความผิดปกติของแหล่งที่มา ความรู้ของผู้เล่น และความสามารถในการกู้คืนทรัพย์สิน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11.2 ความผิดปกติทางเศรษฐกิจขนาดใหญ่และการตอบสนองฉุกเฉิน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เมื่อปัญหาต่างๆ เช่น การคัดลอกไอเทม การใช้ช่องโหว่สกุลเงิน รางวัลผิดปกติ หรือความผิดปกติทางเศรษฐกิจอื่นๆ อาจส่งผลกระทบต่อเศรษฐกิจเกมโดยรวม ทีมปฏิบัติการอาจระงับการทำธุรกรรมเฉพาะรายการ การลงรายการขาย ฟังก์ชันการให้ของขวัญ หรือการโอนย้ายสินทรัพย์ชั่วคราว และดำเนินการแช่แข็งและย้อนกลับสินทรัพย์ที่เกี่ยวข้องแบบกลุ่ม การกระทำดังกล่าวถือเป็นมาตรการทางเทคนิคฉุกเฉินเพื่อรักษาเสถียรภาพทางเศรษฐกิจ และอาจถูกนำไปใช้ก่อนการลงโทษผู้เล่นรายบุคคล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11.3 ข้อกำหนดของแพลตฟอร์ม ผู้ควบคุมกฎ และกฎหมาย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 Steam, Apple, แพลตฟอร์มการชำระเงิน, ร้านแอป หรือหน่วยงานกำกับดูแลหรือศาลที่มีอำนาจตามกฎหมายออกคำร้องผูกพัน ผู้ดำเนินการอาจต้องดำเนินมาตรการที่จำเป็นนอกเหนือจากบทลงโทษมาตรฐานที่ระบุไว้ herein รวมถึงการระงับบริการที่เกี่ยวข้อง การรักษาหลักฐาน หรือการร่วมมือกับการสอบสวน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สิบสอง, เสรีภาพที่เราสงวนไว้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มุ่งมั่นที่จะลดข้อจำกัดที่ไม่จำเป็น การทำธุรกรรมของผู้เล่นตามปกติ การให้ของขวัญ การอภิปราย การวิจารณ์ การแข่งขัน การสวมบทบาท ปฏิสัมพันธ์ทางสังคม และการเลือกการเล่นที่หลากหลายจะไม่ถูกลงโทษเพียงเพราะแตกต่างจากความชอบทางการ เป้าหมายของกฎคือเพื่อป้องกันการโกง การฉ้อโกง การกลั่นแกล้ง กิจกรรมตลาดมืด อันตรายต่อโลกจริง และความเสียหายต่อระบบเกม—not เพื่อเปลี่ยนผู้เล่นให้เป็นบุคคลที่ปฏิบัติตามคำสั่งอย่างเคร่งครัด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เราไม่รับประกันว่าข้อพิพาททั้งหมดจะสามารถหลีกเลี่ยงได้อย่างสมบูรณ์ สำหรับประเด็นพื้นที่สีเทา ทีมปฏิบัติการจะให้ความสำคัญกับการแก้ไขผ่านสื่อสาร เตือน และมาตรการที่สามารถย้อนกลับได้ สำหรับกรณีที่มีความชัดเจน รุนแรง มีองค์กร หรือเป็นการกระทำที่เป็นอันตรายซ้ำๆ จะมีการแทรกแซงที่รุนแรงขึ้นเช่น การแยกตัว การย้อนกลับสินทรัพย์ และการจำกัดธุรกรรม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สิบสาม, การอัปเดตกฎและข้อมูลการติดต่อ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ขึ้นอยู่กับเปลี่ยนแปลงของฟังก์ชัน แพลตฟอร์ม สภาพแวดล้อมทางกฎหมาย และแนวปฏิบัติในการดำเนินงาน กฎเหล่านี้อาจมีการแก้ไขใดๆ การปรับเปลี่ยนวัสดุที่ส่งผลต่อสิทธิของผู้เล่นจะถูกแจ้งผ่านเว็บไซต์ทางการ ประกาศในเกม หรือวิธีอื่นๆ ที่สมเหตุสมผล กฎใหม่จะมีผลบังคับใช้โดยทั่วไปตั้งแต่วันที่เผยแพร่ ในกรณีของการละเมิดร้ายแรง ความเสี่ยงด้านความปลอดภัย หรือข้อกำหนดทางกฎหมายที่กำลังดำเนินอยู่ ผู้ดำเนินการอาจดำเนินการที่จำเป็นทันที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การสนับสนุนผู้เล่นทั่วไป: </w:t>
      </w:r>
      <w:hyperlink r:id="rId11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ช่องโหว่ด้านความปลอดภัยและเหตุการณ์ด้านความปลอดภัย: </w:t>
      </w:r>
      <w:hyperlink r:id="rId12">
        <w:r>
          <w:rPr>
            <w:rFonts w:ascii="Noto Sans" w:hAnsi="Noto Sans" w:eastAsia="Arial Unicode MS"/>
            <w:b w:val="0"/>
          </w:rPr>
          <w:t xml:space="preserve">security@dawnbloom.net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กฎหมาย ลิขสิทธิ์ และความเป็นส่วนตัว: </w:t>
      </w:r>
      <w:hyperlink r:id="rId13">
        <w:r>
          <w:rPr>
            <w:rFonts w:ascii="Noto Sans" w:hAnsi="Noto Sans" w:eastAsia="Arial Unicode MS"/>
            <w:b w:val="0"/>
          </w:rPr>
          <w:t xml:space="preserve">legal@dawnbloom.net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เว็บไซต์ทางการ: </w:t>
      </w:r>
      <w:hyperlink r:id="rId14">
        <w:r>
          <w:rPr>
            <w:rFonts w:ascii="Noto Sans" w:hAnsi="Noto Sans" w:eastAsia="Arial Unicode MS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 / ผู้ให้บริการเว็บไซต์: 上海追光智创文化传媒有限公司 (ชื่อภาษาอังกฤษสำหรับสาธารณะ: SHANGHAI LUMIREALM CREATIVE MEDIA CO., LTD.)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ที่อยู่การดำเนินงาน / ที่อยู่ติดต่ออย่างเป็นทางการ: ห้อง 218 อาคาร 3 เลขที่ 336 ถนนเทียนเจียว พื้นที่พิเศษหลินกัง เขตทดลองการค้าเสรีจีน (เซี่ยงไฮ้) ประเทศจีน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security@dawnbloom.net" TargetMode="External"/><Relationship Id="rId13" Type="http://schemas.openxmlformats.org/officeDocument/2006/relationships/hyperlink" Target="mailto:legal@dawnbloom.net" TargetMode="External"/><Relationship Id="rId14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กฎของผู้เล่นและนโยบายบังคับใช้ DAWNBLOOM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