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Условия использования DAWNBLOOM Token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Версия: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пересмотра: 10 октября 2026 года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Дата вступления в силу: 10 октября 2026 года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Поставщик сервиса: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Добро пожаловать в DAWNBLOOM Token. Настоящие условия применяются к загрузке из официальных источников, установке или использованию продукта и связанных официальных сервисов. Сначала ознакомьтесь с ними; если вы не согласны, не загружайте и не используйте продукт.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Поставщик сервиса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上海追光智创文化传媒有限公司 · Китай, Шанхайская пилотная зона свободной торговли, новый район Линьган, улица Тяньцзяо, 336, корпус 3, помещение 218</w:t>
      </w:r>
    </w:p>
    <w:p>
      <w:pPr>
        <w:keepLines w:val="0"/>
      </w:pP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 ·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</w:t>
        </w:r>
      </w:hyperlink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Назначение продукта и аккаунт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DAWNBLOOM Token предоставляет доступ к аккаунту DAWNBLOOM, проверке безопасности, официальному сообществу и материалам. Регистрация, вход, привязка, восстановление и удаление аккаунта по-прежнему регулируются соответствующими правилами аккаунтов; правила игры и сообщества применяются самостоятельно, и настоящие условия не изменяют условий участия в них. Динамические коды используются только для безопасной проверки личности и не являются валютой, активами или подтверждением дохода.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Проверочные коды и безопасность устройства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Обеспечивайте сохранность паролей, сведений о привязке и динамических кодов и подтверждайте только проверки, инициированные вами лично. Официальные представители не запрашивают эти сведения в личных сообщениях. При утрате устройства, подозрительной привязке или подозрении на хищение аккаунта как можно скорее используйте официальные каналы управления аккаунтом или поддержки. Время устройства, безопасность системы и состояние сети могут влиять на проверку; продукт не гарантирует предотвращения всех случаев хищения аккаунтов, мошенничества или рисков устройства.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Лицензия на программу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При соблюдении настоящих условий и применимого законодательства вы можете устанавливать и использовать официальную версию на совместимых устройствах, которыми законно владеете или управляете. Права интеллектуальной собственности на программу, бренд и связанный контент остаются у соответствующих правообладателей. Сторонние компоненты с открытым исходным кодом предоставляются по соответствующим лицензиям.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Законное использование и сторонние сервисы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Запрещается выдавать себя за официального представителя, распространять вредоносное ПО, похищать аккаунты, нарушать права других лиц или подрывать безопасность сервисов. Настоящие условия не ограничивают действия, разрешенные применимым законодательством, и права, предоставленные лицензиями на открытый исходный код. Внешние сайты, источники контента и магазины применяют собственные правила; мы не контролируем их содержимое, доступность или плату.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Конфиденциальность и необходимые подтверждения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Обработка персональных данных регулируется уведомлением о конфиденциальности продукта и Политикой конфиденциальности DAWNBLOOM. Настоящие условия не заменяют системные разрешения, подтверждения операций с аккаунтом, необязательной синхронизации или другие отдельные подтверждения, необходимые по закону; вы можете отказаться от дополнительных функций.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Статус предоставления, обновления и плата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Функции и каналы определяются фактически выпущенной публичной версией и могут различаться по платформам, устройствам или регионам. Единый номер версии на официальном сайте не означает, что одна и та же версия уже доступна во всех магазинах. Мы можем предоставлять обновления безопасности и функций; при введении платы заранее будут ясно указаны цена, объем и применимые правила, а списание средств не будет производиться только на основании настоящих условий. При получении программы через магазин также необходимо соблюдать применимые правила лицензирования и покупки этого магазина.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Ограничения сервиса и права пользователей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Мы принимаем разумные меры для поддержки продукта, но не обещаем, что во всех средах он всегда будет работать без ошибок и перерывов или полностью соответствовать определенному назначению. Храните надлежащие резервные копии важных данных и файлов. Любые ограничения ответственности применяются только в пределах, допускаемых применимым законодательством, не исключают ответственность, которую по закону нельзя исключить, не освобождают от установленной законом ответственности за умысел или грубую неосторожность и не сокращают неотчуждаемые права потребителей.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Прекращение использования и меры в отношении сервиса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Вы можете прекратить использование и удалить программу. Удаление программы, выход из аккаунта и удаление аккаунта DAWNBLOOM — разные операции; для удаления аккаунта используйте официальную процедуру. При рисках безопасности, незаконных действиях или серьезных нарушениях условий мы можем принимать необходимые и соразмерные ограничительные меры и, когда это возможно и разрешено законом, объяснять причины и предоставлять способы связи или обжалования.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Обновления условий и разрешение споров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При обновлении условий указывается дата. О существенных изменениях сообщается разумным способом; когда закон требует повторного явно выраженного согласия, оно будет получено отдельно. Без ущерба для императивных норм по месту нахождения пользователя и прав потребителей настоящие условия регулируются законодательством Китайской Народной Республики. Споры следует сначала пытаться разрешить мирными переговорами; если это невозможно, можно в соответствии с законом обратиться в компетентный суд, без исключения предусмотренных законом средств правовой защиты пользователя.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использования DAWNBLOOM Token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