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光とトークン 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keepLines w:val="0"/>
      </w:pPr>
      <w:r>
        <w:rPr>
          <w:rFonts w:ascii="Arial Unicode MS" w:hAnsi="Arial Unicode MS" w:eastAsia="Arial Unicode MS" w:cs="Arial Unicode MS"/>
          <w:b w:val="0"/>
        </w:rPr>
        <w:t>光とトークンへようこそ。本規約は、公式経路からの本製品のダウンロード、インストールまたは利用、ならびに関連する公式サービスに適用されます。事前にお読みください。同意しない場合は、ダウンロードまたは利用しないでください。</w:t>
      </w:r>
    </w:p>
    <w:p>
      <w:pPr>
        <w:pStyle w:val="Heading1"/>
        <w:keepLines w:val="0"/>
      </w:pPr>
      <w:r>
        <w:rPr>
          <w:rFonts w:ascii="Arial Unicode MS" w:hAnsi="Arial Unicode MS" w:eastAsia="Arial Unicode MS" w:cs="Arial Unicode MS"/>
          <w:b w:val="0"/>
        </w:rPr>
        <w:t>サービス提供者</w:t>
      </w:r>
    </w:p>
    <w:p>
      <w:pPr>
        <w:keepLines w:val="0"/>
      </w:pPr>
      <w:r>
        <w:rPr>
          <w:rFonts w:ascii="Arial Unicode MS" w:hAnsi="Arial Unicode MS" w:eastAsia="Arial Unicode MS" w:cs="Arial Unicode MS"/>
          <w:b w:val="0"/>
        </w:rPr>
        <w:t>上海追光智创文化传媒有限公司 · 中国（上海）自由貿易試験区臨港新片区天驕路336号3棟218室</w:t>
      </w:r>
    </w:p>
    <w:p>
      <w:pPr>
        <w:keepLines w:val="0"/>
      </w:pP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 </w:t>
      </w:r>
      <w:hyperlink r:id="rId12">
        <w:r>
          <w:rPr>
            <w:rFonts w:ascii="Arial Unicode MS" w:hAnsi="Arial Unicode MS" w:eastAsia="Arial Unicode MS"/>
            <w:b w:val="0"/>
          </w:rPr>
          <w:t xml:space="preserve">https://dawnbloom.net</w:t>
        </w:r>
      </w:hyperlink>
    </w:p>
    <w:p>
      <w:pPr>
        <w:pStyle w:val="Heading1"/>
        <w:keepLines w:val="0"/>
      </w:pPr>
      <w:r>
        <w:rPr>
          <w:rFonts w:ascii="Arial Unicode MS" w:hAnsi="Arial Unicode MS" w:eastAsia="Arial Unicode MS" w:cs="Arial Unicode MS"/>
          <w:b w:val="0"/>
        </w:rPr>
        <w:t>製品の範囲およびアカウント</w:t>
      </w:r>
    </w:p>
    <w:p>
      <w:pPr>
        <w:keepLines w:val="0"/>
      </w:pPr>
      <w:r>
        <w:rPr>
          <w:rFonts w:ascii="Arial Unicode MS" w:hAnsi="Arial Unicode MS" w:eastAsia="Arial Unicode MS" w:cs="Arial Unicode MS"/>
          <w:b w:val="0"/>
        </w:rPr>
        <w:t>光とトークンは、DAWNBLOOM アカウント、安全性のための認証、ならびに公式コミュニティおよび資料への入口を提供します。アカウントの登録、ログイン、連携、復旧および削除には、引き続き該当するアカウント規則が適用されます。ゲームおよびコミュニティの規則は独立して適用され、本規約はそれらへの参加条件を変更しません。動的コードは、本人確認の安全性のためにのみ使用され、通貨、資産または収益の証明ではありません。</w:t>
      </w:r>
    </w:p>
    <w:p>
      <w:pPr>
        <w:pStyle w:val="Heading1"/>
        <w:keepLines w:val="0"/>
      </w:pPr>
      <w:r>
        <w:rPr>
          <w:rFonts w:ascii="Arial Unicode MS" w:hAnsi="Arial Unicode MS" w:eastAsia="Arial Unicode MS" w:cs="Arial Unicode MS"/>
          <w:b w:val="0"/>
        </w:rPr>
        <w:t>認証コードおよびデバイスの安全性</w:t>
      </w:r>
    </w:p>
    <w:p>
      <w:pPr>
        <w:keepLines w:val="0"/>
      </w:pPr>
      <w:r>
        <w:rPr>
          <w:rFonts w:ascii="Arial Unicode MS" w:hAnsi="Arial Unicode MS" w:eastAsia="Arial Unicode MS" w:cs="Arial Unicode MS"/>
          <w:b w:val="0"/>
        </w:rPr>
        <w:t>パスワード、連携情報および動的コードを適切に管理し、本人が開始した認証のみを承認してください。公式が個別のチャットでこれらの情報を求めることはありません。デバイスの紛失、異常な連携またはアカウントの不正利用が疑われる場合は、速やかに正式なアカウント管理またはカスタマーサポートの窓口を通じて対応してください。デバイスの時刻、システムの安全性およびネットワークの状態が認証に影響する場合があります。本製品は、すべてのアカウントの不正利用、詐欺またはデバイスのリスクの防止を保証できません。</w:t>
      </w:r>
    </w:p>
    <w:p>
      <w:pPr>
        <w:pStyle w:val="Heading1"/>
        <w:keepLines w:val="0"/>
      </w:pPr>
      <w:r>
        <w:rPr>
          <w:rFonts w:ascii="Arial Unicode MS" w:hAnsi="Arial Unicode MS" w:eastAsia="Arial Unicode MS" w:cs="Arial Unicode MS"/>
          <w:b w:val="0"/>
        </w:rPr>
        <w:t>ソフトウェアの利用許諾</w:t>
      </w:r>
    </w:p>
    <w:p>
      <w:pPr>
        <w:keepLines w:val="0"/>
      </w:pPr>
      <w:r>
        <w:rPr>
          <w:rFonts w:ascii="Arial Unicode MS" w:hAnsi="Arial Unicode MS" w:eastAsia="Arial Unicode MS" w:cs="Arial Unicode MS"/>
          <w:b w:val="0"/>
        </w:rPr>
        <w:t>本規約および適用法を遵守することを条件として、お客様は、適法に所有または管理する互換性のあるデバイス上で公式バージョンをインストールし、利用できます。ソフトウェア、ブランドおよび関連コンテンツの知的財産権は、引き続きそれぞれの権利者に帰属します。第三者のオープンソースコンポーネントは、それぞれのライセンスに従って提供されます。</w:t>
      </w:r>
    </w:p>
    <w:p>
      <w:pPr>
        <w:pStyle w:val="Heading1"/>
        <w:keepLines w:val="0"/>
      </w:pPr>
      <w:r>
        <w:rPr>
          <w:rFonts w:ascii="Arial Unicode MS" w:hAnsi="Arial Unicode MS" w:eastAsia="Arial Unicode MS" w:cs="Arial Unicode MS"/>
          <w:b w:val="0"/>
        </w:rPr>
        <w:t>適法な利用および第三者サービス</w:t>
      </w:r>
    </w:p>
    <w:p>
      <w:pPr>
        <w:keepLines w:val="0"/>
      </w:pPr>
      <w:r>
        <w:rPr>
          <w:rFonts w:ascii="Arial Unicode MS" w:hAnsi="Arial Unicode MS" w:eastAsia="Arial Unicode MS" w:cs="Arial Unicode MS"/>
          <w:b w:val="0"/>
        </w:rPr>
        <w:t>公式を装うこと、マルウェアを配布すること、アカウントを窃取すること、他人の権利を侵害すること、またはサービスの安全性を損なうことは禁止されます。適用法が認める行為およびオープンソースライセンスが付与する権利は、本規約によって制限されません。外部のウェブサイト、コンテンツの入手元およびストアには、それぞれ独自の規則が適用されます。当社は、そのコンテンツ、利用可能性または料金を管理しません。</w:t>
      </w:r>
    </w:p>
    <w:p>
      <w:pPr>
        <w:pStyle w:val="Heading1"/>
        <w:keepLines w:val="0"/>
      </w:pPr>
      <w:r>
        <w:rPr>
          <w:rFonts w:ascii="Arial Unicode MS" w:hAnsi="Arial Unicode MS" w:eastAsia="Arial Unicode MS" w:cs="Arial Unicode MS"/>
          <w:b w:val="0"/>
        </w:rPr>
        <w:t>プライバシーおよび必要な確認</w:t>
      </w:r>
    </w:p>
    <w:p>
      <w:pPr>
        <w:keepLines w:val="0"/>
      </w:pPr>
      <w:r>
        <w:rPr>
          <w:rFonts w:ascii="Arial Unicode MS" w:hAnsi="Arial Unicode MS" w:eastAsia="Arial Unicode MS" w:cs="Arial Unicode MS"/>
          <w:b w:val="0"/>
        </w:rPr>
        <w:t>個人情報の処理については、本製品のプライバシーに関する説明および DAWNBLOOM プライバシーポリシーに従います。本規約は、システム権限、アカウント操作、任意の同期その他の法令上必要な個別の確認に代わるものではありません。お客様は、任意の機能を拒否できます。</w:t>
      </w:r>
    </w:p>
    <w:p>
      <w:pPr>
        <w:pStyle w:val="Heading1"/>
        <w:keepLines w:val="0"/>
      </w:pPr>
      <w:r>
        <w:rPr>
          <w:rFonts w:ascii="Arial Unicode MS" w:hAnsi="Arial Unicode MS" w:eastAsia="Arial Unicode MS" w:cs="Arial Unicode MS"/>
          <w:b w:val="0"/>
        </w:rPr>
        <w:t>提供状況、更新および料金</w:t>
      </w:r>
    </w:p>
    <w:p>
      <w:pPr>
        <w:keepLines w:val="0"/>
      </w:pPr>
      <w:r>
        <w:rPr>
          <w:rFonts w:ascii="Arial Unicode MS" w:hAnsi="Arial Unicode MS" w:eastAsia="Arial Unicode MS" w:cs="Arial Unicode MS"/>
          <w:b w:val="0"/>
        </w:rPr>
        <w:t>機能および提供経路は、実際に公開されているバージョンを基準とし、プラットフォーム、デバイスまたは地域によって違いがある場合があります。公式サイトの統一バージョン番号は、すべてのストアで同じバージョンが提供済みであることを意味しません。当社は、セキュリティおよび機能に関する更新を提供する場合があります。課金を導入する場合は、価格、範囲および適用規則を事前に明確に説明し、本規約のみに基づいて料金を引き落とすことはありません。ストアを通じてソフトウェアを入手する場合は、そのストアで適用されるライセンスおよび購入規則も遵守する必要があります。</w:t>
      </w:r>
    </w:p>
    <w:p>
      <w:pPr>
        <w:pStyle w:val="Heading1"/>
        <w:keepLines w:val="0"/>
      </w:pPr>
      <w:r>
        <w:rPr>
          <w:rFonts w:ascii="Arial Unicode MS" w:hAnsi="Arial Unicode MS" w:eastAsia="Arial Unicode MS" w:cs="Arial Unicode MS"/>
          <w:b w:val="0"/>
        </w:rPr>
        <w:t>サービスの制限およびユーザーの権利</w:t>
      </w:r>
    </w:p>
    <w:p>
      <w:pPr>
        <w:keepLines w:val="0"/>
      </w:pPr>
      <w:r>
        <w:rPr>
          <w:rFonts w:ascii="Arial Unicode MS" w:hAnsi="Arial Unicode MS" w:eastAsia="Arial Unicode MS" w:cs="Arial Unicode MS"/>
          <w:b w:val="0"/>
        </w:rPr>
        <w:t>当社は製品を合理的に維持しますが、すべての環境で常にエラーや中断がなく、または特定の用途に完全に適合することを約束するものではありません。重要な情報およびファイルについては、適切なバックアップを保持してください。責任の制限は、適用法で認められる範囲内でのみ適用され、法令上排除できない責任を排除せず、故意または重大な過失により法令上負うべき責任を免除せず、強行法規に基づく消費者の権利を縮減しません。</w:t>
      </w:r>
    </w:p>
    <w:p>
      <w:pPr>
        <w:pStyle w:val="Heading1"/>
        <w:keepLines w:val="0"/>
      </w:pPr>
      <w:r>
        <w:rPr>
          <w:rFonts w:ascii="Arial Unicode MS" w:hAnsi="Arial Unicode MS" w:eastAsia="Arial Unicode MS" w:cs="Arial Unicode MS"/>
          <w:b w:val="0"/>
        </w:rPr>
        <w:t>利用停止およびサービス上の措置</w:t>
      </w:r>
    </w:p>
    <w:p>
      <w:pPr>
        <w:keepLines w:val="0"/>
      </w:pPr>
      <w:r>
        <w:rPr>
          <w:rFonts w:ascii="Arial Unicode MS" w:hAnsi="Arial Unicode MS" w:eastAsia="Arial Unicode MS" w:cs="Arial Unicode MS"/>
          <w:b w:val="0"/>
        </w:rPr>
        <w:t>お客様は、利用を停止し、ソフトウェアをアンインストールできます。アンインストール、アカウントからのログアウトおよび DAWNBLOOM アカウントの削除は、それぞれ異なる操作です。アカウントの削除を希望する場合は、正式なアカウント手続をご利用ください。セキュリティリスク、違法行為または重大な規約違反が生じた場合、当社は必要かつ相応の制限措置を講じることができ、実行可能かつ法律で認められる場合には、理由を説明し、連絡または異議申立ての方法を提供します。</w:t>
      </w:r>
    </w:p>
    <w:p>
      <w:pPr>
        <w:pStyle w:val="Heading1"/>
        <w:keepLines w:val="0"/>
      </w:pPr>
      <w:r>
        <w:rPr>
          <w:rFonts w:ascii="Arial Unicode MS" w:hAnsi="Arial Unicode MS" w:eastAsia="Arial Unicode MS" w:cs="Arial Unicode MS"/>
          <w:b w:val="0"/>
        </w:rPr>
        <w:t>規約の更新および紛争解決</w:t>
      </w:r>
    </w:p>
    <w:p>
      <w:pPr>
        <w:keepLines w:val="0"/>
      </w:pPr>
      <w:r>
        <w:rPr>
          <w:rFonts w:ascii="Arial Unicode MS" w:hAnsi="Arial Unicode MS" w:eastAsia="Arial Unicode MS" w:cs="Arial Unicode MS"/>
          <w:b w:val="0"/>
        </w:rPr>
        <w:t>規約を更新する際は、日付を明記します。重大な変更は合理的な方法で通知し、法令上、改めて明示的な同意が必要な場合は、別途同意を取得します。ユーザーの所在地の強行法規および消費者の権利に影響を及ぼさないことを前提として、本規約には中華人民共和国の法律が適用されます。紛争については、まず友好的な協議を行うものとし、解決できない場合は、法令に従い、管轄権を有する裁判所に訴えを提起できます。ユーザーが法令上有する救済手段は排除されません。</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光とトークン 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