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Condizioni d’uso di DAWNBLOOM Download</w:t>
      </w:r>
    </w:p>
    <w:p>
      <w:pPr>
        <w:keepLines w:val="0"/>
      </w:pPr>
      <w:r>
        <w:rPr>
          <w:rFonts w:ascii="Noto Sans" w:hAnsi="Noto Sans" w:eastAsia="Noto Sans TC" w:cs="Noto Sans"/>
          <w:b w:val="0"/>
        </w:rPr>
        <w:t>Versione: V8</w:t>
      </w:r>
    </w:p>
    <w:p>
      <w:pPr>
        <w:keepLines w:val="0"/>
      </w:pPr>
      <w:r>
        <w:rPr>
          <w:rFonts w:ascii="Noto Sans" w:hAnsi="Noto Sans" w:eastAsia="Noto Sans TC" w:cs="Noto Sans"/>
          <w:b w:val="0"/>
        </w:rPr>
        <w:t>Data di revisione: 10 ottobre 2026</w:t>
      </w:r>
    </w:p>
    <w:p>
      <w:pPr>
        <w:keepLines w:val="0"/>
      </w:pPr>
      <w:r>
        <w:rPr>
          <w:rFonts w:ascii="Noto Sans" w:hAnsi="Noto Sans" w:eastAsia="Noto Sans TC" w:cs="Noto Sans"/>
          <w:b w:val="0"/>
        </w:rPr>
        <w:t>Data di entrata in vigore: 10 ottobre 2026</w:t>
      </w:r>
    </w:p>
    <w:p>
      <w:pPr>
        <w:keepLines w:val="0"/>
      </w:pPr>
      <w:r>
        <w:rPr>
          <w:rFonts w:ascii="Noto Sans" w:hAnsi="Noto Sans" w:eastAsia="Noto Sans TC" w:cs="Noto Sans"/>
          <w:b w:val="0"/>
        </w:rPr>
        <w:t>Soggetto fornitore: 上海追光智创文化传媒有限公司</w:t>
      </w:r>
    </w:p>
    <w:p>
      <w:pPr>
        <w:keepLines w:val="0"/>
      </w:pPr>
      <w:r>
        <w:rPr>
          <w:rFonts w:ascii="Noto Sans" w:hAnsi="Noto Sans" w:eastAsia="Noto Sans TC" w:cs="Noto Sans"/>
          <w:b w:val="0"/>
        </w:rPr>
        <w:t>Benvenuto in DAWNBLOOM Download. Le presenti condizioni si applicano al download da canali ufficiali, all’installazione o all’utilizzo del prodotto e dei relativi servizi ufficiali. Leggile prima di procedere; se non le accetti, non scaricare né utilizzare il prodotto.</w:t>
      </w:r>
    </w:p>
    <w:p>
      <w:pPr>
        <w:pStyle w:val="Heading1"/>
        <w:keepLines w:val="0"/>
      </w:pPr>
      <w:r>
        <w:rPr>
          <w:rFonts w:ascii="Noto Sans" w:hAnsi="Noto Sans" w:eastAsia="Noto Sans TC" w:cs="Noto Sans"/>
          <w:b w:val="0"/>
        </w:rPr>
        <w:t>Fornitore del servizio</w:t>
      </w:r>
    </w:p>
    <w:p>
      <w:pPr>
        <w:keepLines w:val="0"/>
      </w:pPr>
      <w:r>
        <w:rPr>
          <w:rFonts w:ascii="Noto Sans" w:hAnsi="Noto Sans" w:eastAsia="Noto Sans TC" w:cs="Noto Sans"/>
          <w:b w:val="0"/>
        </w:rPr>
        <w:t>上海追光智创文化传媒有限公司 · stanza 218, edificio 3, n. 336 Tianjiao Road, nuova area di Lingang, Zona pilota di libero scambio della Cina (Shanghai), Cina</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Ambito del prodotto e provenienza dei file</w:t>
      </w:r>
    </w:p>
    <w:p>
      <w:pPr>
        <w:keepLines w:val="0"/>
      </w:pPr>
      <w:r>
        <w:rPr>
          <w:rFonts w:ascii="Noto Sans" w:hAnsi="Noto Sans" w:eastAsia="Noto Sans TC" w:cs="Noto Sans"/>
          <w:b w:val="0"/>
        </w:rPr>
        <w:t>DAWNBLOOM Download è uno strumento per gestire localmente le attività di download e non offre ricerca di risorse, download per conto dell’utente nel cloud o hosting di file. Accertati di avere il diritto di ottenere e utilizzare i contenuti scaricati e rispetta le condizioni del sito di origine. Il software non concede diritti d’autore sui contenuti e non è destinato ad aggirare pagamenti, accessi, DRM o altre limitazioni di autorizzazione. Velocità, disponibilità e ripresa dei download dipendono dalla fonte e dalla rete; non è garantito che le attività possano sempre essere completate.</w:t>
      </w:r>
    </w:p>
    <w:p>
      <w:pPr>
        <w:pStyle w:val="Heading1"/>
        <w:keepLines w:val="0"/>
      </w:pPr>
      <w:r>
        <w:rPr>
          <w:rFonts w:ascii="Noto Sans" w:hAnsi="Noto Sans" w:eastAsia="Noto Sans TC" w:cs="Noto Sans"/>
          <w:b w:val="0"/>
        </w:rPr>
        <w:t>Trasferimenti peer-to-peer e sicurezza dei file</w:t>
      </w:r>
    </w:p>
    <w:p>
      <w:pPr>
        <w:keepLines w:val="0"/>
      </w:pPr>
      <w:r>
        <w:rPr>
          <w:rFonts w:ascii="Noto Sans" w:hAnsi="Noto Sans" w:eastAsia="Noto Sans TC" w:cs="Noto Sans"/>
          <w:b w:val="0"/>
        </w:rPr>
        <w:t>Quando utilizzi Torrent, Magnet o altre funzionalità peer-to-peer, gli altri partecipanti possono vedere il tuo indirizzo IP e possono ricevere dati dal tuo dispositivo durante il download. Il P2P non è un servizio anonimo; condividi soltanto contenuti che hai il diritto di diffondere secondo la legge. Il software non è uno strumento antivirus; le indicazioni sulla fonte o sulle verifiche non garantiscono la sicurezza dei file. Apri con prudenza i file sconosciuti e presta attenzione allo spazio di archiviazione, al traffico dati e ai costi di rete.</w:t>
      </w:r>
    </w:p>
    <w:p>
      <w:pPr>
        <w:pStyle w:val="Heading1"/>
        <w:keepLines w:val="0"/>
      </w:pPr>
      <w:r>
        <w:rPr>
          <w:rFonts w:ascii="Noto Sans" w:hAnsi="Noto Sans" w:eastAsia="Noto Sans TC" w:cs="Noto Sans"/>
          <w:b w:val="0"/>
        </w:rPr>
        <w:t>Trattamento locale e condivisione facoltativa delle attività</w:t>
      </w:r>
    </w:p>
    <w:p>
      <w:pPr>
        <w:keepLines w:val="0"/>
      </w:pPr>
      <w:r>
        <w:rPr>
          <w:rFonts w:ascii="Noto Sans" w:hAnsi="Noto Sans" w:eastAsia="Noto Sans TC" w:cs="Noto Sans"/>
          <w:b w:val="0"/>
        </w:rPr>
        <w:t>I file scaricati vengono trasferiti direttamente dalla fonte al dispositivo; DAWNBLOOM non li trasferisce tramite i propri server né li custodisce per tuo conto. Le registrazioni delle attività sono salvate localmente per impostazione predefinita; soltanto dopo che hai effettuato volontariamente l’accesso e attivato la condivisione delle attività vengono sincronizzate le informazioni sicure sulle attività conformi all’informativa sulla privacy. Gli altri dispositivi continuano a ottenere i file dalla fonte originale. Prima della disinstallazione o della pulizia, conserva adeguatamente i file scaricati e le registrazioni necessarie.</w:t>
      </w:r>
    </w:p>
    <w:p>
      <w:pPr>
        <w:pStyle w:val="Heading1"/>
        <w:keepLines w:val="0"/>
      </w:pPr>
      <w:r>
        <w:rPr>
          <w:rFonts w:ascii="Noto Sans" w:hAnsi="Noto Sans" w:eastAsia="Noto Sans TC" w:cs="Noto Sans"/>
          <w:b w:val="0"/>
        </w:rPr>
        <w:t>Licenza software</w:t>
      </w:r>
    </w:p>
    <w:p>
      <w:pPr>
        <w:keepLines w:val="0"/>
      </w:pPr>
      <w:r>
        <w:rPr>
          <w:rFonts w:ascii="Noto Sans" w:hAnsi="Noto Sans" w:eastAsia="Noto Sans TC" w:cs="Noto Sans"/>
          <w:b w:val="0"/>
        </w:rPr>
        <w:t>Nel rispetto delle presenti condizioni e della legge applicabile, puoi installare e utilizzare la versione ufficiale su dispositivi compatibili di cui sei legittimo proprietario o che controlli legittimamente. I diritti di proprietà intellettuale sul software, sul marchio e sui relativi contenuti restano dei rispettivi titolari. I componenti open source di terzi sono forniti secondo le rispettive licenze.</w:t>
      </w:r>
    </w:p>
    <w:p>
      <w:pPr>
        <w:pStyle w:val="Heading1"/>
        <w:keepLines w:val="0"/>
      </w:pPr>
      <w:r>
        <w:rPr>
          <w:rFonts w:ascii="Noto Sans" w:hAnsi="Noto Sans" w:eastAsia="Noto Sans TC" w:cs="Noto Sans"/>
          <w:b w:val="0"/>
        </w:rPr>
        <w:t>Utilizzo lecito e servizi di terzi</w:t>
      </w:r>
    </w:p>
    <w:p>
      <w:pPr>
        <w:keepLines w:val="0"/>
      </w:pPr>
      <w:r>
        <w:rPr>
          <w:rFonts w:ascii="Noto Sans" w:hAnsi="Noto Sans" w:eastAsia="Noto Sans TC" w:cs="Noto Sans"/>
          <w:b w:val="0"/>
        </w:rPr>
        <w:t>È vietato spacciarsi per il soggetto ufficiale, diffondere software malevolo, sottrarre account, violare diritti altrui o compromettere la sicurezza dei servizi. Le presenti condizioni non limitano gli atti consentiti dalla legge applicabile né i diritti concessi dalle licenze open source. I siti esterni, le fonti dei contenuti e gli store sono soggetti alle proprie regole; non ne controlliamo i contenuti, la disponibilità o i costi.</w:t>
      </w:r>
    </w:p>
    <w:p>
      <w:pPr>
        <w:pStyle w:val="Heading1"/>
        <w:keepLines w:val="0"/>
      </w:pPr>
      <w:r>
        <w:rPr>
          <w:rFonts w:ascii="Noto Sans" w:hAnsi="Noto Sans" w:eastAsia="Noto Sans TC" w:cs="Noto Sans"/>
          <w:b w:val="0"/>
        </w:rPr>
        <w:t>Privacy e conferme necessarie</w:t>
      </w:r>
    </w:p>
    <w:p>
      <w:pPr>
        <w:keepLines w:val="0"/>
      </w:pPr>
      <w:r>
        <w:rPr>
          <w:rFonts w:ascii="Noto Sans" w:hAnsi="Noto Sans" w:eastAsia="Noto Sans TC" w:cs="Noto Sans"/>
          <w:b w:val="0"/>
        </w:rPr>
        <w:t>Il trattamento dei dati personali è disciplinato dall’informativa sulla privacy del prodotto e dall’Informativa sulla privacy DAWNBLOOM. Le presenti condizioni non sostituiscono le conferme separate richieste per i permessi di sistema, le operazioni sull’account, la sincronizzazione facoltativa o altri casi previsti dalla legge; puoi rifiutare le funzionalità facoltative.</w:t>
      </w:r>
    </w:p>
    <w:p>
      <w:pPr>
        <w:pStyle w:val="Heading1"/>
        <w:keepLines w:val="0"/>
      </w:pPr>
      <w:r>
        <w:rPr>
          <w:rFonts w:ascii="Noto Sans" w:hAnsi="Noto Sans" w:eastAsia="Noto Sans TC" w:cs="Noto Sans"/>
          <w:b w:val="0"/>
        </w:rPr>
        <w:t>Disponibilità, aggiornamenti e costi</w:t>
      </w:r>
    </w:p>
    <w:p>
      <w:pPr>
        <w:keepLines w:val="0"/>
      </w:pPr>
      <w:r>
        <w:rPr>
          <w:rFonts w:ascii="Noto Sans" w:hAnsi="Noto Sans" w:eastAsia="Noto Sans TC" w:cs="Noto Sans"/>
          <w:b w:val="0"/>
        </w:rPr>
        <w:t>Funzionalità e canali dipendono dalle versioni effettivamente pubblicate e possono variare tra piattaforme, dispositivi o regioni. Il numero di versione unificato sul sito ufficiale non significa che tutti gli store offrano già la stessa versione. Possiamo fornire aggiornamenti di sicurezza e funzionalità; qualora vengano introdotti costi, comunicheremo chiaramente in anticipo prezzi, ambito e regole applicabili e non effettueremo addebiti sulla sola base delle presenti condizioni. Se ottieni il software tramite uno store, devi rispettare anche le relative regole applicabili di licenza e acquisto.</w:t>
      </w:r>
    </w:p>
    <w:p>
      <w:pPr>
        <w:pStyle w:val="Heading1"/>
        <w:keepLines w:val="0"/>
      </w:pPr>
      <w:r>
        <w:rPr>
          <w:rFonts w:ascii="Noto Sans" w:hAnsi="Noto Sans" w:eastAsia="Noto Sans TC" w:cs="Noto Sans"/>
          <w:b w:val="0"/>
        </w:rPr>
        <w:t>Limitazioni del servizio e diritti degli utenti</w:t>
      </w:r>
    </w:p>
    <w:p>
      <w:pPr>
        <w:keepLines w:val="0"/>
      </w:pPr>
      <w:r>
        <w:rPr>
          <w:rFonts w:ascii="Noto Sans" w:hAnsi="Noto Sans" w:eastAsia="Noto Sans TC" w:cs="Noto Sans"/>
          <w:b w:val="0"/>
        </w:rPr>
        <w:t>Manteniamo ragionevolmente il prodotto, ma non garantiamo che sia sempre privo di errori, senza interruzioni o pienamente idoneo a uno scopo specifico in ogni ambiente. Conserva copie di backup adeguate delle informazioni e dei file importanti. Qualsiasi limitazione della responsabilità si applica soltanto nei limiti consentiti dalla legge applicabile e non esclude responsabilità che non possono essere escluse per legge, non esonera dalla responsabilità prevista dalla legge per dolo o colpa grave e non riduce i diritti inderogabili del consumatore.</w:t>
      </w:r>
    </w:p>
    <w:p>
      <w:pPr>
        <w:pStyle w:val="Heading1"/>
        <w:keepLines w:val="0"/>
      </w:pPr>
      <w:r>
        <w:rPr>
          <w:rFonts w:ascii="Noto Sans" w:hAnsi="Noto Sans" w:eastAsia="Noto Sans TC" w:cs="Noto Sans"/>
          <w:b w:val="0"/>
        </w:rPr>
        <w:t>Cessazione dell’utilizzo e misure sul servizio</w:t>
      </w:r>
    </w:p>
    <w:p>
      <w:pPr>
        <w:keepLines w:val="0"/>
      </w:pPr>
      <w:r>
        <w:rPr>
          <w:rFonts w:ascii="Noto Sans" w:hAnsi="Noto Sans" w:eastAsia="Noto Sans TC" w:cs="Noto Sans"/>
          <w:b w:val="0"/>
        </w:rPr>
        <w:t>Puoi interrompere l’utilizzo e disinstallare il software. Disinstallazione, uscita dall’account e cancellazione dell’account DAWNBLOOM sono operazioni diverse; per cancellare l’account, utilizza la procedura ufficiale. In caso di rischi di sicurezza, attività illecite o gravi violazioni delle condizioni, possiamo adottare limitazioni necessarie e proporzionate e, quando possibile e consentito dalla legge, spiegarne i motivi e fornire modalità di contatto o ricorso.</w:t>
      </w:r>
    </w:p>
    <w:p>
      <w:pPr>
        <w:pStyle w:val="Heading1"/>
        <w:keepLines w:val="0"/>
      </w:pPr>
      <w:r>
        <w:rPr>
          <w:rFonts w:ascii="Noto Sans" w:hAnsi="Noto Sans" w:eastAsia="Noto Sans TC" w:cs="Noto Sans"/>
          <w:b w:val="0"/>
        </w:rPr>
        <w:t>Aggiornamenti delle condizioni e risoluzione delle controversie</w:t>
      </w:r>
    </w:p>
    <w:p>
      <w:pPr>
        <w:keepLines w:val="0"/>
      </w:pPr>
      <w:r>
        <w:rPr>
          <w:rFonts w:ascii="Noto Sans" w:hAnsi="Noto Sans" w:eastAsia="Noto Sans TC" w:cs="Noto Sans"/>
          <w:b w:val="0"/>
        </w:rPr>
        <w:t>Gli aggiornamenti delle condizioni riporteranno la data. Le modifiche rilevanti saranno comunicate con modalità ragionevoli e, ove la legge richieda un nuovo consenso esplicito, tale consenso sarà acquisito separatamente. Senza pregiudicare le norme imperative e i diritti dei consumatori del luogo in cui si trova l’utente, le presenti condizioni sono disciplinate dalla legge della Repubblica Popolare Cinese. Le controversie devono essere affrontate prima mediante consultazione amichevole; se non vengono risolte, possono essere sottoposte ai sensi di legge al tribunale competente, senza escludere i rimedi riconosciuti all’utente dalla legge.</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Condizioni d’uso di DAWNBLOOM Download</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