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Download उपयोग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keepLines w:val="0"/>
      </w:pPr>
      <w:r>
        <w:rPr>
          <w:rFonts w:ascii="Noto Sans" w:hAnsi="Noto Sans" w:eastAsia="Noto Sans TC" w:cs="Noto Sans Devanagari"/>
          <w:b w:val="0"/>
        </w:rPr>
        <w:t>DAWNBLOOM Download में आपका स्वागत है। ये शर्तें आधिकारिक माध्यमों से इस उत्पाद को डाउनलोड करने, स्थापित करने या उपयोग करने तथा इसकी संबंधित आधिकारिक सेवाओं पर लागू होती हैं। कृपया पहले पढ़ें; यदि आप सहमत नहीं हैं, तो कृपया डाउनलोड या उपयोग न करें।</w:t>
      </w:r>
    </w:p>
    <w:p>
      <w:pPr>
        <w:pStyle w:val="Heading1"/>
        <w:keepLines w:val="0"/>
      </w:pPr>
      <w:r>
        <w:rPr>
          <w:rFonts w:ascii="Noto Sans" w:hAnsi="Noto Sans" w:eastAsia="Noto Sans TC" w:cs="Noto Sans Devanagari"/>
          <w:b w:val="0"/>
        </w:rPr>
        <w:t>सेवा प्रदाता</w:t>
      </w:r>
    </w:p>
    <w:p>
      <w:pPr>
        <w:keepLines w:val="0"/>
      </w:pPr>
      <w:r>
        <w:rPr>
          <w:rFonts w:ascii="Noto Sans" w:hAnsi="Noto Sans" w:eastAsia="Noto Sans TC" w:cs="Noto Sans Devanagari"/>
          <w:b w:val="0"/>
        </w:rPr>
        <w:t>上海追光智创文化传媒有限公司 · चीन (शंघाई) पायलट मुक्त व्यापार क्षेत्र, लिंगांग नया क्षेत्र, तियानजियाओ रोड 336, भवन 3, कक्ष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Devanagari"/>
          <w:b w:val="0"/>
        </w:rPr>
        <w:t>उत्पाद का दायरा और फ़ाइलों का स्रोत</w:t>
      </w:r>
    </w:p>
    <w:p>
      <w:pPr>
        <w:keepLines w:val="0"/>
      </w:pPr>
      <w:r>
        <w:rPr>
          <w:rFonts w:ascii="Noto Sans" w:hAnsi="Noto Sans" w:eastAsia="Noto Sans TC" w:cs="Noto Sans Devanagari"/>
          <w:b w:val="0"/>
        </w:rPr>
        <w:t>DAWNBLOOM Download स्थानीय डिवाइस पर डाउनलोड कार्यों का प्रबंधन करने वाला उपकरण है; यह संसाधन खोज, आपकी ओर से क्लाउड डाउनलोड या फ़ाइल होस्टिंग प्रदान नहीं करता। कृपया सुनिश्चित करें कि डाउनलोड की गई सामग्री प्राप्त करने और उपयोग करने का आपको अधिकार है, और स्रोत वेबसाइट की शर्तों का पालन करें। सॉफ़्टवेयर सामग्री का कॉपीराइट प्रदान नहीं करता और इसका उपयोग भुगतान, लॉगिन, DRM या अन्य प्राधिकरण प्रतिबंधों को दरकिनार करने के लिए नहीं किया जाता। डाउनलोड की गति, उपलब्धता और बाधित डाउनलोड को फिर से जारी करना स्रोत और नेटवर्क पर निर्भर करते हैं; कार्य हमेशा पूरा होने की गारंटी नहीं दी जा सकती।</w:t>
      </w:r>
    </w:p>
    <w:p>
      <w:pPr>
        <w:pStyle w:val="Heading1"/>
        <w:keepLines w:val="0"/>
      </w:pPr>
      <w:r>
        <w:rPr>
          <w:rFonts w:ascii="Noto Sans" w:hAnsi="Noto Sans" w:eastAsia="Noto Sans TC" w:cs="Noto Sans Devanagari"/>
          <w:b w:val="0"/>
        </w:rPr>
        <w:t>पीयर-टू-पीयर स्थानांतरण और फ़ाइल सुरक्षा</w:t>
      </w:r>
    </w:p>
    <w:p>
      <w:pPr>
        <w:keepLines w:val="0"/>
      </w:pPr>
      <w:r>
        <w:rPr>
          <w:rFonts w:ascii="Noto Sans" w:hAnsi="Noto Sans" w:eastAsia="Noto Sans TC" w:cs="Noto Sans Devanagari"/>
          <w:b w:val="0"/>
        </w:rPr>
        <w:t>Torrent, Magnet या अन्य पीयर-टू-पीयर सुविधाओं का उपयोग करते समय अन्य प्रतिभागी आपका IP पता देख सकते हैं और डाउनलोड के दौरान उन्हें डेटा भी भेजा जा सकता है। P2P अनाम सेवा नहीं है; कृपया केवल वह सामग्री साझा करें जिसे प्रसारित करने का आपको वैध अधिकार है। सॉफ़्टवेयर एंटीवायरस उपकरण नहीं है; स्रोत या सत्यापन संबंधी संकेत फ़ाइल की सुरक्षा की गारंटी नहीं देते। कृपया अज्ञात फ़ाइलों को सावधानी से खोलें और संग्रहण स्थान, डेटा उपयोग और नेटवर्क शुल्क पर ध्यान दें।</w:t>
      </w:r>
    </w:p>
    <w:p>
      <w:pPr>
        <w:pStyle w:val="Heading1"/>
        <w:keepLines w:val="0"/>
      </w:pPr>
      <w:r>
        <w:rPr>
          <w:rFonts w:ascii="Noto Sans" w:hAnsi="Noto Sans" w:eastAsia="Noto Sans TC" w:cs="Noto Sans Devanagari"/>
          <w:b w:val="0"/>
        </w:rPr>
        <w:t>स्थानीय प्रसंस्करण और वैकल्पिक कार्य साझाकरण</w:t>
      </w:r>
    </w:p>
    <w:p>
      <w:pPr>
        <w:keepLines w:val="0"/>
      </w:pPr>
      <w:r>
        <w:rPr>
          <w:rFonts w:ascii="Noto Sans" w:hAnsi="Noto Sans" w:eastAsia="Noto Sans TC" w:cs="Noto Sans Devanagari"/>
          <w:b w:val="0"/>
        </w:rPr>
        <w:t>डाउनलोड फ़ाइलें स्रोत से सीधे डिवाइस पर भेजी जाती हैं; DAWNBLOOM आपकी ओर से फ़ाइलों को न तो रिले करता है और न ही सुरक्षित रखता है। कार्य रिकॉर्ड डिफ़ॉल्ट रूप से स्थानीय डिवाइस पर सहेजे जाते हैं; आपके स्वेच्छा से लॉगिन करने और कार्य साझाकरण चालू करने के बाद केवल गोपनीयता विवरण के अनुरूप सुरक्षित कार्य जानकारी सिंक्रनाइज़ की जाती है, और अन्य डिवाइस फ़ाइलें अब भी मूल स्रोत से प्राप्त करते हैं। अनइंस्टॉल या सफ़ाई करने से पहले कृपया डाउनलोड की गई फ़ाइलें और आवश्यक रिकॉर्ड ठीक से सहेज लें।</w:t>
      </w:r>
    </w:p>
    <w:p>
      <w:pPr>
        <w:pStyle w:val="Heading1"/>
        <w:keepLines w:val="0"/>
      </w:pPr>
      <w:r>
        <w:rPr>
          <w:rFonts w:ascii="Noto Sans" w:hAnsi="Noto Sans" w:eastAsia="Noto Sans TC" w:cs="Noto Sans Devanagari"/>
          <w:b w:val="0"/>
        </w:rPr>
        <w:t>सॉफ़्टवेयर लाइसेंस</w:t>
      </w:r>
    </w:p>
    <w:p>
      <w:pPr>
        <w:keepLines w:val="0"/>
      </w:pPr>
      <w:r>
        <w:rPr>
          <w:rFonts w:ascii="Noto Sans" w:hAnsi="Noto Sans" w:eastAsia="Noto Sans TC" w:cs="Noto Sans Devanagari"/>
          <w:b w:val="0"/>
        </w:rPr>
        <w:t>इन शर्तों और लागू कानून का पालन करने के अधीन, आप वैध रूप से अपने स्वामित्व या नियंत्रण वाले अनुकूल डिवाइसों पर आधिकारिक संस्करण स्थापित और उपयोग कर सकते हैं। सॉफ़्टवेयर, ब्रांड और संबंधित सामग्री के बौद्धिक संपदा अधिकार उनके अधिकारधारकों के पास बने रहते हैं। तीसरे पक्ष के ओपन-सोर्स घटक अपने-अपने लाइसेंस के अनुसार प्रदान किए जाते हैं।</w:t>
      </w:r>
    </w:p>
    <w:p>
      <w:pPr>
        <w:pStyle w:val="Heading1"/>
        <w:keepLines w:val="0"/>
      </w:pPr>
      <w:r>
        <w:rPr>
          <w:rFonts w:ascii="Noto Sans" w:hAnsi="Noto Sans" w:eastAsia="Noto Sans TC" w:cs="Noto Sans Devanagari"/>
          <w:b w:val="0"/>
        </w:rPr>
        <w:t>वैध उपयोग और तीसरे पक्ष की सेवाएँ</w:t>
      </w:r>
    </w:p>
    <w:p>
      <w:pPr>
        <w:keepLines w:val="0"/>
      </w:pPr>
      <w:r>
        <w:rPr>
          <w:rFonts w:ascii="Noto Sans" w:hAnsi="Noto Sans" w:eastAsia="Noto Sans TC" w:cs="Noto Sans Devanagari"/>
          <w:b w:val="0"/>
        </w:rPr>
        <w:t>आधिकारिक होने का झूठा दावा करना, दुर्भावनापूर्ण सॉफ़्टवेयर फैलाना, खाते चुराना, दूसरों के अधिकारों का उल्लंघन करना या सेवा की सुरक्षा को नुकसान पहुँचाना निषिद्ध है। लागू कानून द्वारा अनुमत गतिविधियाँ और ओपन-सोर्स लाइसेंस द्वारा प्रदान किए गए अधिकार इन शर्तों द्वारा सीमित नहीं होते। बाहरी वेबसाइटों, सामग्री स्रोतों और स्टोर पर उनके अपने नियम लागू होते हैं; हम उनकी सामग्री, उपलब्धता या शुल्क को नियंत्रित नहीं करते।</w:t>
      </w:r>
    </w:p>
    <w:p>
      <w:pPr>
        <w:pStyle w:val="Heading1"/>
        <w:keepLines w:val="0"/>
      </w:pPr>
      <w:r>
        <w:rPr>
          <w:rFonts w:ascii="Noto Sans" w:hAnsi="Noto Sans" w:eastAsia="Noto Sans TC" w:cs="Noto Sans Devanagari"/>
          <w:b w:val="0"/>
        </w:rPr>
        <w:t>गोपनीयता और आवश्यक पुष्टि</w:t>
      </w:r>
    </w:p>
    <w:p>
      <w:pPr>
        <w:keepLines w:val="0"/>
      </w:pPr>
      <w:r>
        <w:rPr>
          <w:rFonts w:ascii="Noto Sans" w:hAnsi="Noto Sans" w:eastAsia="Noto Sans TC" w:cs="Noto Sans Devanagari"/>
          <w:b w:val="0"/>
        </w:rPr>
        <w:t>व्यक्तिगत जानकारी का प्रसंस्करण इस उत्पाद के गोपनीयता विवरण और DAWNBLOOM गोपनीयता नीति के अनुसार किया जाता है। ये शर्तें सिस्टम अनुमतियों, खाता कार्रवाइयों, वैकल्पिक सिंक्रनाइज़ेशन या कानून के अनुसार आवश्यक अन्य अलग पुष्टियों का स्थान नहीं लेतीं; आप वैकल्पिक सुविधाओं को अस्वीकार कर सकते हैं।</w:t>
      </w:r>
    </w:p>
    <w:p>
      <w:pPr>
        <w:pStyle w:val="Heading1"/>
        <w:keepLines w:val="0"/>
      </w:pPr>
      <w:r>
        <w:rPr>
          <w:rFonts w:ascii="Noto Sans" w:hAnsi="Noto Sans" w:eastAsia="Noto Sans TC" w:cs="Noto Sans Devanagari"/>
          <w:b w:val="0"/>
        </w:rPr>
        <w:t>उपलब्धता की स्थिति, अपडेट और शुल्क</w:t>
      </w:r>
    </w:p>
    <w:p>
      <w:pPr>
        <w:keepLines w:val="0"/>
      </w:pPr>
      <w:r>
        <w:rPr>
          <w:rFonts w:ascii="Noto Sans" w:hAnsi="Noto Sans" w:eastAsia="Noto Sans TC" w:cs="Noto Sans Devanagari"/>
          <w:b w:val="0"/>
        </w:rPr>
        <w:t>सुविधाएँ और माध्यम वास्तव में सार्वजनिक किए गए संस्करण के अनुसार निर्धारित होते हैं और अलग-अलग प्लेटफ़ॉर्म, डिवाइस या क्षेत्रों में भिन्न हो सकते हैं। आधिकारिक वेबसाइट की एकीकृत संस्करण संख्या का अर्थ यह नहीं है कि सभी स्टोर ने वही संस्करण उपलब्ध करा दिया है। हम सुरक्षा और सुविधा अपडेट प्रदान कर सकते हैं; यदि शुल्क लागू किया जाता है, तो कीमत, दायरा और लागू नियम पहले से स्पष्ट किए जाएँगे, और केवल इन शर्तों के आधार पर शुल्क नहीं काटा जाएगा। स्टोर से सॉफ़्टवेयर प्राप्त करते समय उस स्टोर के लागू लाइसेंस और खरीद नियमों का भी पालन करना चाहिए।</w:t>
      </w:r>
    </w:p>
    <w:p>
      <w:pPr>
        <w:pStyle w:val="Heading1"/>
        <w:keepLines w:val="0"/>
      </w:pPr>
      <w:r>
        <w:rPr>
          <w:rFonts w:ascii="Noto Sans" w:hAnsi="Noto Sans" w:eastAsia="Noto Sans TC" w:cs="Noto Sans Devanagari"/>
          <w:b w:val="0"/>
        </w:rPr>
        <w:t>सेवा की सीमाएँ और उपयोगकर्ता अधिकार</w:t>
      </w:r>
    </w:p>
    <w:p>
      <w:pPr>
        <w:keepLines w:val="0"/>
      </w:pPr>
      <w:r>
        <w:rPr>
          <w:rFonts w:ascii="Noto Sans" w:hAnsi="Noto Sans" w:eastAsia="Noto Sans TC" w:cs="Noto Sans Devanagari"/>
          <w:b w:val="0"/>
        </w:rPr>
        <w:t>हम उत्पाद का उचित रखरखाव करेंगे, लेकिन यह वादा नहीं करते कि वह सभी वातावरणों में हमेशा त्रुटिरहित, निर्बाध या किसी विशिष्ट उद्देश्य के लिए पूरी तरह उपयुक्त होगा। कृपया महत्वपूर्ण जानकारी और फ़ाइलों का उचित बैकअप रखें। दायित्व की कोई भी सीमा केवल लागू कानून द्वारा अनुमत सीमा तक लागू होती है; यह कानून के अनुसार अपवर्जित न किए जा सकने वाले दायित्व को अपवर्जित नहीं करती, जानबूझकर किए गए कृत्य या घोर लापरवाही के कारण उत्पन्न वैधानिक दायित्व से छूट नहीं देती और अनिवार्य उपभोक्ता अधिकारों को कम नहीं करती।</w:t>
      </w:r>
    </w:p>
    <w:p>
      <w:pPr>
        <w:pStyle w:val="Heading1"/>
        <w:keepLines w:val="0"/>
      </w:pPr>
      <w:r>
        <w:rPr>
          <w:rFonts w:ascii="Noto Sans" w:hAnsi="Noto Sans" w:eastAsia="Noto Sans TC" w:cs="Noto Sans Devanagari"/>
          <w:b w:val="0"/>
        </w:rPr>
        <w:t>उपयोग बंद करना और सेवा संबंधी उपाय</w:t>
      </w:r>
    </w:p>
    <w:p>
      <w:pPr>
        <w:keepLines w:val="0"/>
      </w:pPr>
      <w:r>
        <w:rPr>
          <w:rFonts w:ascii="Noto Sans" w:hAnsi="Noto Sans" w:eastAsia="Noto Sans TC" w:cs="Noto Sans Devanagari"/>
          <w:b w:val="0"/>
        </w:rPr>
        <w:t>आप उपयोग बंद करके सॉफ़्टवेयर अनइंस्टॉल कर सकते हैं। अनइंस्टॉल करना, खाते से लॉगआउट करना और DAWNBLOOM खाता बंद करना अलग-अलग कार्रवाइयाँ हैं; खाता बंद करने के लिए कृपया औपचारिक खाता प्रक्रिया का उपयोग करें। सुरक्षा जोखिम, गैरकानूनी गतिविधि या शर्तों के गंभीर उल्लंघन की स्थिति में हम आवश्यक और आनुपातिक प्रतिबंधात्मक उपाय कर सकते हैं और, जहाँ संभव हो तथा कानून अनुमति दे, कारण बताकर संपर्क या अपील का माध्यम प्रदान कर सकते हैं।</w:t>
      </w:r>
    </w:p>
    <w:p>
      <w:pPr>
        <w:pStyle w:val="Heading1"/>
        <w:keepLines w:val="0"/>
      </w:pPr>
      <w:r>
        <w:rPr>
          <w:rFonts w:ascii="Noto Sans" w:hAnsi="Noto Sans" w:eastAsia="Noto Sans TC" w:cs="Noto Sans Devanagari"/>
          <w:b w:val="0"/>
        </w:rPr>
        <w:t>शर्तों के अपडेट और विवाद समाधान</w:t>
      </w:r>
    </w:p>
    <w:p>
      <w:pPr>
        <w:keepLines w:val="0"/>
      </w:pPr>
      <w:r>
        <w:rPr>
          <w:rFonts w:ascii="Noto Sans" w:hAnsi="Noto Sans" w:eastAsia="Noto Sans TC" w:cs="Noto Sans Devanagari"/>
          <w:b w:val="0"/>
        </w:rPr>
        <w:t>शर्तों के अपडेट में तिथि दर्शाई जाएगी। महत्वपूर्ण परिवर्तनों की सूचना उचित तरीके से दी जाएगी और जहाँ कानून के अनुसार दोबारा स्पष्ट सहमति आवश्यक हो, वहाँ अलग से सहमति ली जाएगी। उपयोगकर्ता के स्थान के अनिवार्य कानून और उपभोक्ता अधिकारों को प्रभावित किए बिना, ये शर्तें चीन जनवादी गणराज्य के कानून के अधीन हैं। विवादों को पहले सौहार्दपूर्ण बातचीत से हल करने का प्रयास किया जाना चाहिए; समाधान न होने पर कानून के अनुसार अधिकार क्षेत्र वाले न्यायालय में मामला प्रस्तुत किया जा सकता है, और उपयोगकर्ता को कानून के अनुसार प्राप्त उपचार के मार्ग अपवर्जित नहीं होते।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Download उपयोग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