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Condiciones de uso de DAWNBLOOM Token</w:t>
      </w:r>
    </w:p>
    <w:p>
      <w:pPr>
        <w:keepLines w:val="0"/>
      </w:pPr>
      <w:r>
        <w:rPr>
          <w:rFonts w:ascii="Noto Sans" w:hAnsi="Noto Sans" w:eastAsia="Noto Sans TC" w:cs="Noto Sans"/>
          <w:b w:val="0"/>
        </w:rPr>
        <w:t>Versión: V8</w:t>
      </w:r>
    </w:p>
    <w:p>
      <w:pPr>
        <w:keepLines w:val="0"/>
      </w:pPr>
      <w:r>
        <w:rPr>
          <w:rFonts w:ascii="Noto Sans" w:hAnsi="Noto Sans" w:eastAsia="Noto Sans TC" w:cs="Noto Sans"/>
          <w:b w:val="0"/>
        </w:rPr>
        <w:t>Fecha de revisión: 10 de octubre de 2026</w:t>
      </w:r>
    </w:p>
    <w:p>
      <w:pPr>
        <w:keepLines w:val="0"/>
      </w:pPr>
      <w:r>
        <w:rPr>
          <w:rFonts w:ascii="Noto Sans" w:hAnsi="Noto Sans" w:eastAsia="Noto Sans TC" w:cs="Noto Sans"/>
          <w:b w:val="0"/>
        </w:rPr>
        <w:t>Fecha de entrada en vigor: 10 de octubre de 2026</w:t>
      </w:r>
    </w:p>
    <w:p>
      <w:pPr>
        <w:keepLines w:val="0"/>
      </w:pPr>
      <w:r>
        <w:rPr>
          <w:rFonts w:ascii="Noto Sans" w:hAnsi="Noto Sans" w:eastAsia="Noto Sans TC" w:cs="Noto Sans"/>
          <w:b w:val="0"/>
        </w:rPr>
        <w:t>Entidad prestadora: 上海追光智创文化传媒有限公司</w:t>
      </w:r>
    </w:p>
    <w:p>
      <w:pPr>
        <w:keepLines w:val="0"/>
      </w:pPr>
      <w:r>
        <w:rPr>
          <w:rFonts w:ascii="Noto Sans" w:hAnsi="Noto Sans" w:eastAsia="Noto Sans TC" w:cs="Noto Sans"/>
          <w:b w:val="0"/>
        </w:rPr>
        <w:t>Le damos la bienvenida a DAWNBLOOM Token. Estas condiciones se aplican a la descarga, instalación o uso de este producto desde canales oficiales y a sus servicios oficiales relacionados. Léalas previamente; si no está de acuerdo, no lo descargue ni utilice.</w:t>
      </w:r>
    </w:p>
    <w:p>
      <w:pPr>
        <w:pStyle w:val="Heading1"/>
        <w:keepLines w:val="0"/>
      </w:pPr>
      <w:r>
        <w:rPr>
          <w:rFonts w:ascii="Noto Sans" w:hAnsi="Noto Sans" w:eastAsia="Noto Sans TC" w:cs="Noto Sans"/>
          <w:b w:val="0"/>
        </w:rPr>
        <w:t>Prestador del servicio</w:t>
      </w:r>
    </w:p>
    <w:p>
      <w:pPr>
        <w:keepLines w:val="0"/>
      </w:pPr>
      <w:r>
        <w:rPr>
          <w:rFonts w:ascii="Noto Sans" w:hAnsi="Noto Sans" w:eastAsia="Noto Sans TC" w:cs="Noto Sans"/>
          <w:b w:val="0"/>
        </w:rPr>
        <w:t>上海追光智创文化传媒有限公司 · sala 218, edificio 3, n.º 336 de la calle Tianjiao, Nueva Área de Lingang de la Zona Piloto de Libre Comercio de China (Shanghái)</w:t>
      </w:r>
    </w:p>
    <w:p>
      <w:pPr>
        <w:keepLines w:val="0"/>
      </w:pPr>
      <w:hyperlink r:id="rId11">
        <w:r>
          <w:rPr>
            <w:rFonts w:ascii="Noto Sans" w:hAnsi="Noto Sans" w:eastAsia="Noto Sans TC"/>
            <w:b w:val="0"/>
          </w:rPr>
          <w:t xml:space="preserve">support@dawnbloom.net</w:t>
        </w:r>
      </w:hyperlink>
      <w:r>
        <w:rPr>
          <w:rFonts w:ascii="Noto Sans" w:hAnsi="Noto Sans" w:eastAsia="Noto Sans TC" w:cs="Noto Sans"/>
          <w:b w:val="0"/>
        </w:rPr>
        <w:t xml:space="preserve"> · </w:t>
      </w:r>
      <w:hyperlink r:id="rId12">
        <w:r>
          <w:rPr>
            <w:rFonts w:ascii="Noto Sans" w:hAnsi="Noto Sans" w:eastAsia="Noto Sans TC"/>
            <w:b w:val="0"/>
          </w:rPr>
          <w:t xml:space="preserve">https://dawnbloom.net</w:t>
        </w:r>
      </w:hyperlink>
    </w:p>
    <w:p>
      <w:pPr>
        <w:pStyle w:val="Heading1"/>
        <w:keepLines w:val="0"/>
      </w:pPr>
      <w:r>
        <w:rPr>
          <w:rFonts w:ascii="Noto Sans" w:hAnsi="Noto Sans" w:eastAsia="Noto Sans TC" w:cs="Noto Sans"/>
          <w:b w:val="0"/>
        </w:rPr>
        <w:t>Ámbito del producto y cuentas</w:t>
      </w:r>
    </w:p>
    <w:p>
      <w:pPr>
        <w:keepLines w:val="0"/>
      </w:pPr>
      <w:r>
        <w:rPr>
          <w:rFonts w:ascii="Noto Sans" w:hAnsi="Noto Sans" w:eastAsia="Noto Sans TC" w:cs="Noto Sans"/>
          <w:b w:val="0"/>
        </w:rPr>
        <w:t>DAWNBLOOM Token ofrece acceso a la cuenta DAWNBLOOM, a la verificación de seguridad y a la comunidad y la información oficiales. El registro, el inicio de sesión, la vinculación, la recuperación y la cancelación de cuentas siguen sujetos a las reglas de cuenta correspondientes; las reglas del juego y de la comunidad se aplican de forma independiente y estas condiciones no modifican sus requisitos de participación. Los códigos dinámicos se utilizan únicamente para verificar de forma segura la identidad; no son moneda, activos ni justificantes de rendimientos.</w:t>
      </w:r>
    </w:p>
    <w:p>
      <w:pPr>
        <w:pStyle w:val="Heading1"/>
        <w:keepLines w:val="0"/>
      </w:pPr>
      <w:r>
        <w:rPr>
          <w:rFonts w:ascii="Noto Sans" w:hAnsi="Noto Sans" w:eastAsia="Noto Sans TC" w:cs="Noto Sans"/>
          <w:b w:val="0"/>
        </w:rPr>
        <w:t>Códigos de verificación y seguridad del dispositivo</w:t>
      </w:r>
    </w:p>
    <w:p>
      <w:pPr>
        <w:keepLines w:val="0"/>
      </w:pPr>
      <w:r>
        <w:rPr>
          <w:rFonts w:ascii="Noto Sans" w:hAnsi="Noto Sans" w:eastAsia="Noto Sans TC" w:cs="Noto Sans"/>
          <w:b w:val="0"/>
        </w:rPr>
        <w:t>Custodie adecuadamente sus contraseñas, datos de vinculación y códigos dinámicos y autorice únicamente verificaciones iniciadas por usted. La entidad oficial no le pedirá esta información mediante mensajes privados. En caso de pérdida del dispositivo, vinculaciones anómalas o sospecha de robo de cuenta, utilice lo antes posible los canales oficiales de gestión de cuentas o atención al cliente. La hora del dispositivo, la seguridad del sistema y el estado de la red pueden afectar a la verificación; este producto no garantiza evitar todos los robos de cuentas, fraudes o riesgos del dispositivo.</w:t>
      </w:r>
    </w:p>
    <w:p>
      <w:pPr>
        <w:pStyle w:val="Heading1"/>
        <w:keepLines w:val="0"/>
      </w:pPr>
      <w:r>
        <w:rPr>
          <w:rFonts w:ascii="Noto Sans" w:hAnsi="Noto Sans" w:eastAsia="Noto Sans TC" w:cs="Noto Sans"/>
          <w:b w:val="0"/>
        </w:rPr>
        <w:t>Licencia del software</w:t>
      </w:r>
    </w:p>
    <w:p>
      <w:pPr>
        <w:keepLines w:val="0"/>
      </w:pPr>
      <w:r>
        <w:rPr>
          <w:rFonts w:ascii="Noto Sans" w:hAnsi="Noto Sans" w:eastAsia="Noto Sans TC" w:cs="Noto Sans"/>
          <w:b w:val="0"/>
        </w:rPr>
        <w:t>Siempre que cumpla estas condiciones y la legislación aplicable, puede instalar y utilizar la versión oficial en dispositivos compatibles que posea o controle legítimamente. Los derechos de propiedad intelectual sobre el software, la marca y los contenidos relacionados siguen perteneciendo a sus titulares. Los componentes de código abierto de terceros se proporcionan conforme a sus respectivas licencias.</w:t>
      </w:r>
    </w:p>
    <w:p>
      <w:pPr>
        <w:pStyle w:val="Heading1"/>
        <w:keepLines w:val="0"/>
      </w:pPr>
      <w:r>
        <w:rPr>
          <w:rFonts w:ascii="Noto Sans" w:hAnsi="Noto Sans" w:eastAsia="Noto Sans TC" w:cs="Noto Sans"/>
          <w:b w:val="0"/>
        </w:rPr>
        <w:t>Uso lícito y servicios de terceros</w:t>
      </w:r>
    </w:p>
    <w:p>
      <w:pPr>
        <w:keepLines w:val="0"/>
      </w:pPr>
      <w:r>
        <w:rPr>
          <w:rFonts w:ascii="Noto Sans" w:hAnsi="Noto Sans" w:eastAsia="Noto Sans TC" w:cs="Noto Sans"/>
          <w:b w:val="0"/>
        </w:rPr>
        <w:t>No se permite suplantar a la entidad oficial, distribuir software malicioso, sustraer cuentas, vulnerar derechos ajenos ni comprometer la seguridad del servicio. Estas condiciones no restringen las conductas permitidas por la legislación aplicable ni los derechos otorgados por las licencias de código abierto. Los sitios web externos, las fuentes de contenido y las tiendas se rigen por sus propias reglas; no controlamos sus contenidos, disponibilidad ni cobros.</w:t>
      </w:r>
    </w:p>
    <w:p>
      <w:pPr>
        <w:pStyle w:val="Heading1"/>
        <w:keepLines w:val="0"/>
      </w:pPr>
      <w:r>
        <w:rPr>
          <w:rFonts w:ascii="Noto Sans" w:hAnsi="Noto Sans" w:eastAsia="Noto Sans TC" w:cs="Noto Sans"/>
          <w:b w:val="0"/>
        </w:rPr>
        <w:t>Privacidad y confirmaciones necesarias</w:t>
      </w:r>
    </w:p>
    <w:p>
      <w:pPr>
        <w:keepLines w:val="0"/>
      </w:pPr>
      <w:r>
        <w:rPr>
          <w:rFonts w:ascii="Noto Sans" w:hAnsi="Noto Sans" w:eastAsia="Noto Sans TC" w:cs="Noto Sans"/>
          <w:b w:val="0"/>
        </w:rPr>
        <w:t>El tratamiento de datos personales se rige por la información de privacidad de este producto y la Política de privacidad de DAWNBLOOM. Estas condiciones no sustituyen los permisos del sistema, las operaciones de cuenta, la sincronización opcional ni otras confirmaciones separadas exigidas por la ley; puede rechazar las funciones opcionales.</w:t>
      </w:r>
    </w:p>
    <w:p>
      <w:pPr>
        <w:pStyle w:val="Heading1"/>
        <w:keepLines w:val="0"/>
      </w:pPr>
      <w:r>
        <w:rPr>
          <w:rFonts w:ascii="Noto Sans" w:hAnsi="Noto Sans" w:eastAsia="Noto Sans TC" w:cs="Noto Sans"/>
          <w:b w:val="0"/>
        </w:rPr>
        <w:t>Disponibilidad, actualizaciones y costes</w:t>
      </w:r>
    </w:p>
    <w:p>
      <w:pPr>
        <w:keepLines w:val="0"/>
      </w:pPr>
      <w:r>
        <w:rPr>
          <w:rFonts w:ascii="Noto Sans" w:hAnsi="Noto Sans" w:eastAsia="Noto Sans TC" w:cs="Noto Sans"/>
          <w:b w:val="0"/>
        </w:rPr>
        <w:t>Las funciones y los canales se determinan por las versiones efectivamente publicadas y pueden variar según la plataforma, el dispositivo o la región. El número de versión unificado del sitio web oficial no significa que todas las tiendas ofrezcan ya esa misma versión. Podremos ofrecer actualizaciones de seguridad y funciones; si se introducen cargos, se explicarán previamente y de forma clara el precio, el alcance y las reglas aplicables, y no se efectuarán cobros basándose únicamente en estas condiciones. Si obtiene el software a través de una tienda, también deberá respetar sus reglas aplicables de licencia y compra.</w:t>
      </w:r>
    </w:p>
    <w:p>
      <w:pPr>
        <w:pStyle w:val="Heading1"/>
        <w:keepLines w:val="0"/>
      </w:pPr>
      <w:r>
        <w:rPr>
          <w:rFonts w:ascii="Noto Sans" w:hAnsi="Noto Sans" w:eastAsia="Noto Sans TC" w:cs="Noto Sans"/>
          <w:b w:val="0"/>
        </w:rPr>
        <w:t>Limitaciones del servicio y derechos de los usuarios</w:t>
      </w:r>
    </w:p>
    <w:p>
      <w:pPr>
        <w:keepLines w:val="0"/>
      </w:pPr>
      <w:r>
        <w:rPr>
          <w:rFonts w:ascii="Noto Sans" w:hAnsi="Noto Sans" w:eastAsia="Noto Sans TC" w:cs="Noto Sans"/>
          <w:b w:val="0"/>
        </w:rPr>
        <w:t>Mantendremos razonablemente el producto, pero no garantizamos que siempre esté libre de errores, funcione sin interrupciones o se ajuste plenamente a un propósito concreto en todos los entornos. Conserve copias de seguridad adecuadas de la información y los archivos importantes. Cualquier limitación de responsabilidad se aplica únicamente en la medida permitida por la legislación aplicable; no excluye responsabilidades que legalmente no puedan excluirse, no exime de la responsabilidad que corresponda por dolo o negligencia grave ni reduce los derechos imperativos de los consumidores.</w:t>
      </w:r>
    </w:p>
    <w:p>
      <w:pPr>
        <w:pStyle w:val="Heading1"/>
        <w:keepLines w:val="0"/>
      </w:pPr>
      <w:r>
        <w:rPr>
          <w:rFonts w:ascii="Noto Sans" w:hAnsi="Noto Sans" w:eastAsia="Noto Sans TC" w:cs="Noto Sans"/>
          <w:b w:val="0"/>
        </w:rPr>
        <w:t>Cese del uso y medidas relativas al servicio</w:t>
      </w:r>
    </w:p>
    <w:p>
      <w:pPr>
        <w:keepLines w:val="0"/>
      </w:pPr>
      <w:r>
        <w:rPr>
          <w:rFonts w:ascii="Noto Sans" w:hAnsi="Noto Sans" w:eastAsia="Noto Sans TC" w:cs="Noto Sans"/>
          <w:b w:val="0"/>
        </w:rPr>
        <w:t>Puede dejar de utilizar y desinstalar el software. Desinstalarlo, cerrar la sesión y cancelar una cuenta DAWNBLOOM son operaciones diferentes; si desea cancelar la cuenta, utilice el procedimiento oficial de cuentas. En caso de riesgos de seguridad, conductas ilícitas o incumplimientos graves de las condiciones, podremos adoptar restricciones necesarias y proporcionadas y, cuando sea viable y legalmente permitido, explicar los motivos y facilitar vías de contacto o reclamación.</w:t>
      </w:r>
    </w:p>
    <w:p>
      <w:pPr>
        <w:pStyle w:val="Heading1"/>
        <w:keepLines w:val="0"/>
      </w:pPr>
      <w:r>
        <w:rPr>
          <w:rFonts w:ascii="Noto Sans" w:hAnsi="Noto Sans" w:eastAsia="Noto Sans TC" w:cs="Noto Sans"/>
          <w:b w:val="0"/>
        </w:rPr>
        <w:t>Actualización de las condiciones y resolución de controversias</w:t>
      </w:r>
    </w:p>
    <w:p>
      <w:pPr>
        <w:keepLines w:val="0"/>
      </w:pPr>
      <w:r>
        <w:rPr>
          <w:rFonts w:ascii="Noto Sans" w:hAnsi="Noto Sans" w:eastAsia="Noto Sans TC" w:cs="Noto Sans"/>
          <w:b w:val="0"/>
        </w:rPr>
        <w:t>Las actualizaciones de las condiciones indicarán la fecha. Los cambios importantes se comunicarán de forma razonable y, cuando la ley exija un nuevo consentimiento expreso, este se solicitará por separado. Sin perjuicio de las normas imperativas del lugar donde se encuentre el usuario y de sus derechos como consumidor, estas condiciones se rigen por las leyes de la República Popular China. Las controversias deberán abordarse primero mediante negociación amistosa; si no se resuelven, podrán someterse conforme a la ley a un tribunal competente, sin excluir las vías de recurso que legalmente correspondan al usuario.</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Condiciones de uso de DAWNBLOOM Token</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