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DAWNBLOOM Fan Content &amp; Derivative Works Guidelines</w:t>
      </w:r>
    </w:p>
    <w:p>
      <w:pPr>
        <w:keepLines w:val="0"/>
      </w:pPr>
      <w:r>
        <w:rPr>
          <w:rFonts w:ascii="Noto Sans" w:hAnsi="Noto Sans" w:eastAsia="Arial Unicode MS" w:cs="Noto Sans"/>
          <w:b w:val="0"/>
        </w:rPr>
        <w:t>Official Version</w:t>
      </w:r>
    </w:p>
    <w:p>
      <w:pPr>
        <w:keepLines w:val="0"/>
      </w:pPr>
      <w:r>
        <w:rPr>
          <w:rFonts w:ascii="Noto Sans" w:hAnsi="Noto Sans" w:eastAsia="Arial Unicode MS" w:cs="Noto Sans"/>
          <w:b w:val="0"/>
        </w:rPr>
        <w:t>Version: V8</w:t>
      </w:r>
    </w:p>
    <w:p>
      <w:pPr>
        <w:keepLines w:val="0"/>
      </w:pPr>
      <w:r>
        <w:rPr>
          <w:rFonts w:ascii="Noto Sans" w:hAnsi="Noto Sans" w:eastAsia="Arial Unicode MS" w:cs="Noto Sans"/>
          <w:b w:val="0"/>
        </w:rPr>
        <w:t>Effective date: October 10, 2026</w:t>
      </w:r>
    </w:p>
    <w:p>
      <w:pPr>
        <w:keepLines w:val="0"/>
      </w:pPr>
      <w:r>
        <w:rPr>
          <w:rFonts w:ascii="Noto Sans" w:hAnsi="Noto Sans" w:eastAsia="Arial Unicode MS" w:cs="Noto Sans"/>
          <w:b w:val="0"/>
        </w:rPr>
        <w:t>Update date: October 10, 2026</w:t>
      </w:r>
    </w:p>
    <w:p>
      <w:pPr>
        <w:keepLines w:val="0"/>
      </w:pPr>
      <w:r>
        <w:rPr>
          <w:rFonts w:ascii="Noto Sans" w:hAnsi="Noto Sans" w:eastAsia="Arial Unicode MS" w:cs="Noto Sans"/>
          <w:b w:val="0"/>
        </w:rPr>
        <w:t>Applicable brands: The seven DAWNBLOOM products</w:t>
      </w:r>
    </w:p>
    <w:p>
      <w:pPr>
        <w:keepLines w:val="0"/>
      </w:pPr>
      <w:r>
        <w:rPr>
          <w:rFonts w:ascii="Noto Sans" w:hAnsi="Noto Sans" w:eastAsia="Arial Unicode MS" w:cs="Noto Sans"/>
          <w:b w:val="0"/>
        </w:rPr>
        <w:t>Applies to: Players, streamers, video creators, illustrators, writers, cosplay creators, communities and other unofficial creators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Our stance  </w:t>
              <w:br/>
              <w:t>We welcome genuine players of DAWNBLOOM who bring their imagination, humor, guides, stories, and aesthetics into this world. As long as they do not impersonate official sources, do not harm others, and do not engage in illegal or misleading commercial use, we hope derivative works remain free, relaxed, and enjoyable.</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Legal Position  </w:t>
              <w:br/>
              <w:t>This guide constitutes a voluntary open license granted by DAWNBLOOM to fan creators, and does not limit the fair use, quotation, commentary, parody, or other statutory rights already permitted under Chinese, U.S., Japanese, or other jurisdictional laws. It also does not serve as authorization on behalf of third-party rights holders for their respective music, fonts, brands, or other materials.</w:t>
            </w:r>
          </w:p>
        </w:tc>
      </w:tr>
    </w:tbl>
    <w:p>
      <w:pPr>
        <w:spacing w:after="40"/>
      </w:pPr>
    </w:p>
    <w:p>
      <w:pPr>
        <w:pStyle w:val="Heading1"/>
        <w:keepLines w:val="0"/>
      </w:pPr>
      <w:r>
        <w:rPr>
          <w:rFonts w:ascii="Noto Sans" w:hAnsi="Noto Sans" w:eastAsia="Arial Unicode MS" w:cs="Noto Sans"/>
          <w:b w:val="0"/>
        </w:rPr>
        <w:t>1. Scope and Fundamental Principles</w:t>
      </w:r>
    </w:p>
    <w:p>
      <w:pPr>
        <w:keepLines w:val="0"/>
      </w:pPr>
      <w:r>
        <w:rPr>
          <w:rFonts w:ascii="Noto Sans" w:hAnsi="Noto Sans" w:eastAsia="Arial Unicode MS" w:cs="Noto Sans"/>
          <w:b w:val="0"/>
        </w:rPr>
        <w:t>This guide applies to individual players, individual creators, non-official fan communities, and content creators whose primary purpose is fan-driven creation, regarding derivative works, commentary, sharing, live streaming, video production, strategy compilation, and other forms of expression based on the publicly available content of DAWNBLOOM.</w:t>
      </w:r>
    </w:p>
    <w:p>
      <w:pPr>
        <w:keepLines w:val="0"/>
      </w:pPr>
      <w:r>
        <w:rPr>
          <w:rFonts w:ascii="Noto Sans" w:hAnsi="Noto Sans" w:eastAsia="Arial Unicode MS" w:cs="Noto Sans"/>
          <w:b w:val="0"/>
        </w:rPr>
        <w:t>It also covers unofficial commentary and fan works using the six apps’ public names, official icons, product pages, published UI screenshots, and promotional visuals. Each app is an independent product; this guide grants no access to unreleased assets, source code, or user data.</w:t>
      </w:r>
    </w:p>
    <w:p>
      <w:pPr>
        <w:keepLines w:val="0"/>
      </w:pPr>
      <w:r>
        <w:rPr>
          <w:rFonts w:ascii="Noto Sans" w:hAnsi="Noto Sans" w:eastAsia="Arial Unicode MS" w:cs="Noto Sans"/>
          <w:b w:val="0"/>
        </w:rPr>
        <w:t>As long as your activities comply with this Guide, you generally do not need to obtain prior written authorization from DAWNBLOOM for derivative works within the permitted scope. For uses exceeding the scope of this Guide—such as mass commercialization, co-branded partnerships, monetized games/mods, or brand licensing—you must obtain separate written permission.</w:t>
      </w:r>
    </w:p>
    <w:p>
      <w:pPr>
        <w:keepLines w:val="0"/>
      </w:pPr>
      <w:r>
        <w:rPr>
          <w:rFonts w:ascii="Noto Sans" w:hAnsi="Noto Sans" w:eastAsia="Arial Unicode MS" w:cs="Noto Sans"/>
          <w:b w:val="0"/>
        </w:rPr>
        <w:t>This guide does not grant any party the right to impersonate official representatives, operate unauthorized private servers, replicate client software, sell official assets, or conduct unauthorized commercial activities under the DAWNBLOOM brand.</w:t>
      </w:r>
    </w:p>
    <w:p>
      <w:pPr>
        <w:pStyle w:val="Heading1"/>
        <w:keepLines w:val="0"/>
      </w:pPr>
      <w:r>
        <w:rPr>
          <w:rFonts w:ascii="Noto Sans" w:hAnsi="Noto Sans" w:eastAsia="Arial Unicode MS" w:cs="Noto Sans"/>
          <w:b w:val="0"/>
        </w:rPr>
        <w:t>2. Quick Reference: What Can Be Done, What Requires Authorization</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Categories</w:t>
            </w:r>
          </w:p>
        </w:tc>
        <w:tc>
          <w:tcPr>
            <w:tcW w:type="dxa" w:w="3249"/>
            <w:vAlign w:val="center"/>
            <w:shd w:fill="DCE8F7"/>
          </w:tcPr>
          <w:p>
            <w:pPr>
              <w:keepNext/>
              <w:spacing w:after="40"/>
            </w:pPr>
            <w:r>
              <w:rPr>
                <w:rFonts w:ascii="Noto Sans" w:hAnsi="Noto Sans" w:eastAsia="Arial Unicode MS" w:cs="Noto Sans"/>
                <w:b/>
                <w:sz w:val="17"/>
              </w:rPr>
              <w:t>Principles</w:t>
            </w:r>
          </w:p>
        </w:tc>
        <w:tc>
          <w:tcPr>
            <w:tcW w:type="dxa" w:w="3249"/>
            <w:vAlign w:val="center"/>
            <w:shd w:fill="DCE8F7"/>
          </w:tcPr>
          <w:p>
            <w:pPr>
              <w:keepNext/>
              <w:spacing w:after="40"/>
            </w:pPr>
            <w:r>
              <w:rPr>
                <w:rFonts w:ascii="Noto Sans" w:hAnsi="Noto Sans" w:eastAsia="Arial Unicode MS" w:cs="Noto Sans"/>
                <w:b/>
                <w:sz w:val="17"/>
              </w:rPr>
              <w:t>Typical Examples</w:t>
            </w:r>
          </w:p>
        </w:tc>
      </w:tr>
      <w:tr>
        <w:trPr>
          <w:cantSplit/>
        </w:trPr>
        <w:tc>
          <w:tcPr>
            <w:tcW w:type="dxa" w:w="3249"/>
            <w:vAlign w:val="center"/>
          </w:tcPr>
          <w:p>
            <w:pPr>
              <w:spacing w:after="40"/>
            </w:pPr>
            <w:r>
              <w:rPr>
                <w:rFonts w:ascii="Noto Sans" w:hAnsi="Noto Sans" w:eastAsia="Arial Unicode MS" w:cs="Noto Sans"/>
                <w:sz w:val="17"/>
              </w:rPr>
              <w:t>Direct Creation Permitted</w:t>
            </w:r>
          </w:p>
        </w:tc>
        <w:tc>
          <w:tcPr>
            <w:tcW w:type="dxa" w:w="3249"/>
            <w:vAlign w:val="center"/>
          </w:tcPr>
          <w:p>
            <w:pPr>
              <w:spacing w:after="40"/>
            </w:pPr>
            <w:r>
              <w:rPr>
                <w:rFonts w:ascii="Noto Sans" w:hAnsi="Noto Sans" w:eastAsia="Arial Unicode MS" w:cs="Noto Sans"/>
                <w:sz w:val="17"/>
              </w:rPr>
              <w:t>Non-official, personal or community-based fan content; platform revenue generation does not affect the licensing scope</w:t>
            </w:r>
          </w:p>
        </w:tc>
        <w:tc>
          <w:tcPr>
            <w:tcW w:type="dxa" w:w="3249"/>
            <w:vAlign w:val="center"/>
          </w:tcPr>
          <w:p>
            <w:pPr>
              <w:spacing w:after="40"/>
            </w:pPr>
            <w:r>
              <w:rPr>
                <w:rFonts w:ascii="Noto Sans" w:hAnsi="Noto Sans" w:eastAsia="Arial Unicode MS" w:cs="Noto Sans"/>
                <w:sz w:val="17"/>
              </w:rPr>
              <w:t>Fan art, fan fiction, comics, memes, cosplay, guides, live streams, recorded videos, edits, wallpapers, desktop themes, character discussions, plot analysis, player wikis</w:t>
            </w:r>
          </w:p>
        </w:tc>
      </w:tr>
      <w:tr>
        <w:trPr>
          <w:cantSplit/>
        </w:trPr>
        <w:tc>
          <w:tcPr>
            <w:tcW w:type="dxa" w:w="3249"/>
            <w:vAlign w:val="center"/>
          </w:tcPr>
          <w:p>
            <w:pPr>
              <w:spacing w:after="40"/>
            </w:pPr>
            <w:r>
              <w:rPr>
                <w:rFonts w:ascii="Noto Sans" w:hAnsi="Noto Sans" w:eastAsia="Arial Unicode MS" w:cs="Noto Sans"/>
                <w:sz w:val="17"/>
              </w:rPr>
              <w:t>Platform-based Revenue Generation Permitted</w:t>
            </w:r>
          </w:p>
        </w:tc>
        <w:tc>
          <w:tcPr>
            <w:tcW w:type="dxa" w:w="3249"/>
            <w:vAlign w:val="center"/>
          </w:tcPr>
          <w:p>
            <w:pPr>
              <w:spacing w:after="40"/>
            </w:pPr>
            <w:r>
              <w:rPr>
                <w:rFonts w:ascii="Noto Sans" w:hAnsi="Noto Sans" w:eastAsia="Arial Unicode MS" w:cs="Noto Sans"/>
                <w:sz w:val="17"/>
              </w:rPr>
              <w:t>Creators may earn standard advertising revenue, creator incentives, membership benefits, or live-stream tipping through content platforms.</w:t>
            </w:r>
          </w:p>
        </w:tc>
        <w:tc>
          <w:tcPr>
            <w:tcW w:type="dxa" w:w="3249"/>
            <w:vAlign w:val="center"/>
          </w:tcPr>
          <w:p>
            <w:pPr>
              <w:spacing w:after="40"/>
            </w:pPr>
            <w:r>
              <w:rPr>
                <w:rFonts w:ascii="Noto Sans" w:hAnsi="Noto Sans" w:eastAsia="Arial Unicode MS" w:cs="Noto Sans"/>
                <w:sz w:val="17"/>
              </w:rPr>
              <w:t>YouTube/Bilibili advertising revenue, live-stream gifts, platform creator funds, channel memberships, and similar incentives.</w:t>
            </w:r>
          </w:p>
        </w:tc>
      </w:tr>
      <w:tr>
        <w:trPr>
          <w:cantSplit/>
        </w:trPr>
        <w:tc>
          <w:tcPr>
            <w:tcW w:type="dxa" w:w="3249"/>
            <w:vAlign w:val="center"/>
          </w:tcPr>
          <w:p>
            <w:pPr>
              <w:spacing w:after="40"/>
            </w:pPr>
            <w:r>
              <w:rPr>
                <w:rFonts w:ascii="Noto Sans" w:hAnsi="Noto Sans" w:eastAsia="Arial Unicode MS" w:cs="Noto Sans"/>
                <w:sz w:val="17"/>
              </w:rPr>
              <w:t>Prior written authorization is required.</w:t>
            </w:r>
          </w:p>
        </w:tc>
        <w:tc>
          <w:tcPr>
            <w:tcW w:type="dxa" w:w="3249"/>
            <w:vAlign w:val="center"/>
          </w:tcPr>
          <w:p>
            <w:pPr>
              <w:spacing w:after="40"/>
            </w:pPr>
            <w:r>
              <w:rPr>
                <w:rFonts w:ascii="Noto Sans" w:hAnsi="Noto Sans" w:eastAsia="Arial Unicode MS" w:cs="Noto Sans"/>
                <w:sz w:val="17"/>
              </w:rPr>
              <w:t>Commercial sales, bulk production, or brand collaborations centered on the DAWNBLOOM IP.</w:t>
            </w:r>
          </w:p>
        </w:tc>
        <w:tc>
          <w:tcPr>
            <w:tcW w:type="dxa" w:w="3249"/>
            <w:vAlign w:val="center"/>
          </w:tcPr>
          <w:p>
            <w:pPr>
              <w:spacing w:after="40"/>
            </w:pPr>
            <w:r>
              <w:rPr>
                <w:rFonts w:ascii="Noto Sans" w:hAnsi="Noto Sans" w:eastAsia="Arial Unicode MS" w:cs="Noto Sans"/>
                <w:sz w:val="17"/>
              </w:rPr>
              <w:t>Bulk sales of physical merchandise, paid digital asset packs, commercial co-branded initiatives, authorized exhibitions, ticketed events, paid games/mods, and enterprise advertising partnerships.</w:t>
            </w:r>
          </w:p>
        </w:tc>
      </w:tr>
      <w:tr>
        <w:trPr>
          <w:cantSplit/>
        </w:trPr>
        <w:tc>
          <w:tcPr>
            <w:tcW w:type="dxa" w:w="3249"/>
            <w:vAlign w:val="center"/>
          </w:tcPr>
          <w:p>
            <w:pPr>
              <w:spacing w:after="40"/>
            </w:pPr>
            <w:r>
              <w:rPr>
                <w:rFonts w:ascii="Noto Sans" w:hAnsi="Noto Sans" w:eastAsia="Arial Unicode MS" w:cs="Noto Sans"/>
                <w:sz w:val="17"/>
              </w:rPr>
              <w:t>Prohibited.</w:t>
            </w:r>
          </w:p>
        </w:tc>
        <w:tc>
          <w:tcPr>
            <w:tcW w:type="dxa" w:w="3249"/>
            <w:vAlign w:val="center"/>
          </w:tcPr>
          <w:p>
            <w:pPr>
              <w:spacing w:after="40"/>
            </w:pPr>
            <w:r>
              <w:rPr>
                <w:rFonts w:ascii="Noto Sans" w:hAnsi="Noto Sans" w:eastAsia="Arial Unicode MS" w:cs="Noto Sans"/>
                <w:sz w:val="17"/>
              </w:rPr>
              <w:t>Prohibited activities include impersonating official channels, compromising game security, leaking non-public content, or causing demonstrable harm to players or project interests.</w:t>
            </w:r>
          </w:p>
        </w:tc>
        <w:tc>
          <w:tcPr>
            <w:tcW w:type="dxa" w:w="3249"/>
            <w:vAlign w:val="center"/>
          </w:tcPr>
          <w:p>
            <w:pPr>
              <w:spacing w:after="40"/>
            </w:pPr>
            <w:r>
              <w:rPr>
                <w:rFonts w:ascii="Noto Sans" w:hAnsi="Noto Sans" w:eastAsia="Arial Unicode MS" w:cs="Noto Sans"/>
                <w:sz w:val="17"/>
              </w:rPr>
              <w:t>Unauthorized servers, cheating software, pirated client programs, fake official websites, fraud, reverse engineering and resale, data leakage, infringing goods, explicit content involving underage or infantile characters, and hateful or illegal content</w:t>
            </w:r>
          </w:p>
        </w:tc>
      </w:tr>
    </w:tbl>
    <w:p>
      <w:pPr>
        <w:spacing w:after="40"/>
      </w:pPr>
    </w:p>
    <w:p>
      <w:pPr>
        <w:pStyle w:val="Heading1"/>
        <w:keepLines w:val="0"/>
      </w:pPr>
      <w:r>
        <w:rPr>
          <w:rFonts w:ascii="Noto Sans" w:hAnsi="Noto Sans" w:eastAsia="Arial Unicode MS" w:cs="Noto Sans"/>
          <w:b w:val="0"/>
        </w:rPr>
        <w:t>3. Fan Creations We Encourage</w:t>
      </w:r>
    </w:p>
    <w:p>
      <w:pPr>
        <w:keepLines w:val="0"/>
      </w:pPr>
      <w:r>
        <w:rPr>
          <w:rFonts w:ascii="Noto Sans" w:hAnsi="Noto Sans" w:eastAsia="Arial Unicode MS" w:cs="Noto Sans"/>
          <w:b w:val="0"/>
        </w:rPr>
        <w:t>Subject to the restrictions in Section 8, the following creations generally fall within the scope of this guide:</w:t>
      </w:r>
    </w:p>
    <w:p>
      <w:pPr>
        <w:pStyle w:val="ListBullet"/>
        <w:keepLines w:val="0"/>
      </w:pPr>
      <w:r>
        <w:rPr>
          <w:rFonts w:ascii="Noto Sans" w:hAnsi="Noto Sans" w:eastAsia="Arial Unicode MS" w:cs="Noto Sans"/>
          <w:b w:val="0"/>
        </w:rPr>
        <w:t>Fan art, including illustrations, comics, pixel art, hand-drawn works, 3D modeling practice, avatars, wallpapers, emoji, and other visual content;</w:t>
      </w:r>
    </w:p>
    <w:p>
      <w:pPr>
        <w:pStyle w:val="ListBullet"/>
        <w:keepLines w:val="0"/>
      </w:pPr>
      <w:r>
        <w:rPr>
          <w:rFonts w:ascii="Noto Sans" w:hAnsi="Noto Sans" w:eastAsia="Arial Unicode MS" w:cs="Noto Sans"/>
          <w:b w:val="0"/>
        </w:rPr>
        <w:t>Fan fiction, short character stories, worldbuilding ideas, poetry, character relationship discussions, and non-official narrative developments;</w:t>
      </w:r>
    </w:p>
    <w:p>
      <w:pPr>
        <w:pStyle w:val="ListBullet"/>
        <w:keepLines w:val="0"/>
      </w:pPr>
      <w:r>
        <w:rPr>
          <w:rFonts w:ascii="Noto Sans" w:hAnsi="Noto Sans" w:eastAsia="Arial Unicode MS" w:cs="Noto Sans"/>
          <w:b w:val="0"/>
        </w:rPr>
        <w:t>Game playthroughs, live streams, recorded videos, short-form videos, editing, mashups, voiceovers, comedic content, gameplay guides, reviews, and commentary;</w:t>
      </w:r>
    </w:p>
    <w:p>
      <w:pPr>
        <w:pStyle w:val="ListBullet"/>
        <w:keepLines w:val="0"/>
      </w:pPr>
      <w:r>
        <w:rPr>
          <w:rFonts w:ascii="Noto Sans" w:hAnsi="Noto Sans" w:eastAsia="Arial Unicode MS" w:cs="Noto Sans"/>
          <w:b w:val="0"/>
        </w:rPr>
        <w:t>Strategy guides, data compilations, player tips, phantom beast cultivation experiences, map navigation, event explanations, player wikis, and beginner tutorials;</w:t>
      </w:r>
    </w:p>
    <w:p>
      <w:pPr>
        <w:pStyle w:val="ListBullet"/>
        <w:keepLines w:val="0"/>
      </w:pPr>
      <w:r>
        <w:rPr>
          <w:rFonts w:ascii="Noto Sans" w:hAnsi="Noto Sans" w:eastAsia="Arial Unicode MS" w:cs="Noto Sans"/>
          <w:b w:val="0"/>
        </w:rPr>
        <w:t>Cosplay, makeup, photography, and non-commercial offline fan exhibitions;</w:t>
      </w:r>
    </w:p>
    <w:p>
      <w:pPr>
        <w:pStyle w:val="ListBullet"/>
        <w:keepLines w:val="0"/>
      </w:pPr>
      <w:r>
        <w:rPr>
          <w:rFonts w:ascii="Noto Sans" w:hAnsi="Noto Sans" w:eastAsia="Arial Unicode MS" w:cs="Noto Sans"/>
          <w:b w:val="0"/>
        </w:rPr>
        <w:t>Player-created websites, encyclopedias, tools, calculators, or community bots—provided they use only publicly available information and officially permitted APIs, and do not bypass access controls or scrape non-public data;</w:t>
      </w:r>
    </w:p>
    <w:p>
      <w:pPr>
        <w:pStyle w:val="ListBullet"/>
        <w:keepLines w:val="0"/>
      </w:pPr>
      <w:r>
        <w:rPr>
          <w:rFonts w:ascii="Noto Sans" w:hAnsi="Noto Sans" w:eastAsia="Arial Unicode MS" w:cs="Noto Sans"/>
          <w:b w:val="0"/>
        </w:rPr>
        <w:t>Criticism, satire, mockery, negative commentary, or alternative viewpoints regarding DAWNBLOOM, as long as such content does not involve illegal conduct, harassment, defamation, or other prohibited actions.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You can be "imperfect."  </w:t>
              <w:br/>
              <w:t>Fan-created content does not need to adhere to official artistic guidelines or depict characters exactly as in the official version. Creators are free to express their own artistic styles, interpretations, and sense of humor. We will not remove any content simply because it "doesn't look like the official version" or because its storyline deviates from established canon.</w:t>
            </w:r>
          </w:p>
        </w:tc>
      </w:tr>
    </w:tbl>
    <w:p>
      <w:pPr>
        <w:spacing w:after="40"/>
      </w:pPr>
    </w:p>
    <w:p>
      <w:pPr>
        <w:pStyle w:val="Heading1"/>
        <w:keepLines w:val="0"/>
      </w:pPr>
      <w:r>
        <w:rPr>
          <w:rFonts w:ascii="Noto Sans" w:hAnsi="Noto Sans" w:eastAsia="Arial Unicode MS" w:cs="Noto Sans"/>
          <w:b w:val="0"/>
        </w:rPr>
        <w:t>4. Platform Revenue, Donations, and Creator Incentives</w:t>
      </w:r>
    </w:p>
    <w:p>
      <w:pPr>
        <w:keepLines w:val="0"/>
      </w:pPr>
      <w:r>
        <w:rPr>
          <w:rFonts w:ascii="Noto Sans" w:hAnsi="Noto Sans" w:eastAsia="Arial Unicode MS" w:cs="Noto Sans"/>
          <w:b w:val="0"/>
        </w:rPr>
        <w:t>Creators are permitted to earn revenue through standard platform mechanisms, without being required to obtain commercial authorization simply because their content generates income. Typical permitted revenue streams include:</w:t>
      </w:r>
    </w:p>
    <w:p>
      <w:pPr>
        <w:pStyle w:val="ListBullet"/>
        <w:keepLines w:val="0"/>
      </w:pPr>
      <w:r>
        <w:rPr>
          <w:rFonts w:ascii="Noto Sans" w:hAnsi="Noto Sans" w:eastAsia="Arial Unicode MS" w:cs="Noto Sans"/>
          <w:b w:val="0"/>
        </w:rPr>
        <w:t>Advertising revenue, creator funds, and traffic-based incentives on video or social media platforms;</w:t>
      </w:r>
    </w:p>
    <w:p>
      <w:pPr>
        <w:pStyle w:val="ListBullet"/>
        <w:keepLines w:val="0"/>
      </w:pPr>
      <w:r>
        <w:rPr>
          <w:rFonts w:ascii="Noto Sans" w:hAnsi="Noto Sans" w:eastAsia="Arial Unicode MS" w:cs="Noto Sans"/>
          <w:b w:val="0"/>
        </w:rPr>
        <w:t>Donations, gifts, or platform shares from live streaming platforms;</w:t>
      </w:r>
    </w:p>
    <w:p>
      <w:pPr>
        <w:pStyle w:val="ListBullet"/>
        <w:keepLines w:val="0"/>
      </w:pPr>
      <w:r>
        <w:rPr>
          <w:rFonts w:ascii="Noto Sans" w:hAnsi="Noto Sans" w:eastAsia="Arial Unicode MS" w:cs="Noto Sans"/>
          <w:b w:val="0"/>
        </w:rPr>
        <w:t>Channel memberships, subscriptions, or similar forms of support for consistent content creation;</w:t>
      </w:r>
    </w:p>
    <w:p>
      <w:pPr>
        <w:pStyle w:val="ListBullet"/>
        <w:keepLines w:val="0"/>
      </w:pPr>
      <w:r>
        <w:rPr>
          <w:rFonts w:ascii="Noto Sans" w:hAnsi="Noto Sans" w:eastAsia="Arial Unicode MS" w:cs="Noto Sans"/>
          <w:b w:val="0"/>
        </w:rPr>
        <w:t>Sponsored content that appears alongside fan content but does not mislead the public into believing that DAWNBLOOM endorses or sponsors the commercial activity.</w:t>
      </w:r>
    </w:p>
    <w:p>
      <w:pPr>
        <w:keepLines w:val="0"/>
      </w:pPr>
      <w:r>
        <w:rPr>
          <w:rFonts w:ascii="Noto Sans" w:hAnsi="Noto Sans" w:eastAsia="Arial Unicode MS" w:cs="Noto Sans"/>
          <w:b w:val="0"/>
        </w:rPr>
        <w:t>If the primary revenue model fundamentally shifts to "selling the DAWNBLOOM IP itself," such as mass-selling character merchandise, selling officially licensed modified products, charging for game asset bundles, or conducting commercial activities under the name of DAWNBLOOM, such income shall not fall within the scope of ordinary creator earnings permitted under this section and shall require prior written authorization.</w:t>
      </w:r>
    </w:p>
    <w:p>
      <w:pPr>
        <w:pStyle w:val="Heading1"/>
        <w:keepLines w:val="0"/>
      </w:pPr>
      <w:r>
        <w:rPr>
          <w:rFonts w:ascii="Noto Sans" w:hAnsi="Noto Sans" w:eastAsia="Arial Unicode MS" w:cs="Noto Sans"/>
          <w:b w:val="0"/>
        </w:rPr>
        <w:t>5. How Official Assets May Be Used</w:t>
      </w:r>
    </w:p>
    <w:p>
      <w:pPr>
        <w:pStyle w:val="Heading1"/>
        <w:keepLines w:val="0"/>
      </w:pPr>
      <w:r>
        <w:rPr>
          <w:rFonts w:ascii="Noto Sans" w:hAnsi="Noto Sans" w:eastAsia="Arial Unicode MS" w:cs="Noto Sans"/>
          <w:b w:val="0"/>
        </w:rPr>
        <w:t>5.1 Screenshots, Recordings, and Public Promotion Materials</w:t>
      </w:r>
    </w:p>
    <w:p>
      <w:pPr>
        <w:keepLines w:val="0"/>
      </w:pPr>
      <w:r>
        <w:rPr>
          <w:rFonts w:ascii="Noto Sans" w:hAnsi="Noto Sans" w:eastAsia="Arial Unicode MS" w:cs="Noto Sans"/>
          <w:b w:val="0"/>
        </w:rPr>
        <w:t>You may use game screenshots, game recordings, and officially published promotional images, posters, announcements, and promotional materials from the official website that have not been separately marked with usage restrictions, in fan-created content, comments, guides, live streams, videos, social media posts, and player community forums. The license to republish official website content also applies to the "Legal Notices and Communications."</w:t>
      </w:r>
    </w:p>
    <w:p>
      <w:pPr>
        <w:keepLines w:val="0"/>
      </w:pPr>
      <w:r>
        <w:rPr>
          <w:rFonts w:ascii="Noto Sans" w:hAnsi="Noto Sans" w:eastAsia="Arial Unicode MS" w:cs="Noto Sans"/>
          <w:b w:val="0"/>
        </w:rPr>
        <w:t>Published app icons, product art, and UI screenshots may identify the product discussed in commentary or tutorials. Keep attribution clear and do not impersonate official installers, updates, or support pages.</w:t>
      </w:r>
    </w:p>
    <w:p>
      <w:pPr>
        <w:keepLines w:val="0"/>
      </w:pPr>
      <w:r>
        <w:rPr>
          <w:rFonts w:ascii="Noto Sans" w:hAnsi="Noto Sans" w:eastAsia="Arial Unicode MS" w:cs="Noto Sans"/>
          <w:b w:val="0"/>
        </w:rPr>
        <w:t>User-generated content may be cropped, resized, subtitled, formatted, filtered, composited, and otherwise edited reasonably for adaptive creation; however, no editing or modification shall be used to fabricate official announcements, falsely represent official positions, invent product information, or create other "official evidence" that could mislead the public.</w:t>
      </w:r>
    </w:p>
    <w:p>
      <w:pPr>
        <w:pStyle w:val="Heading1"/>
        <w:keepLines w:val="0"/>
      </w:pPr>
      <w:r>
        <w:rPr>
          <w:rFonts w:ascii="Noto Sans" w:hAnsi="Noto Sans" w:eastAsia="Arial Unicode MS" w:cs="Noto Sans"/>
          <w:b w:val="0"/>
        </w:rPr>
        <w:t>5.2 Logos and Branding</w:t>
      </w:r>
    </w:p>
    <w:p>
      <w:pPr>
        <w:keepLines w:val="0"/>
      </w:pPr>
      <w:r>
        <w:rPr>
          <w:rFonts w:ascii="Noto Sans" w:hAnsi="Noto Sans" w:eastAsia="Arial Unicode MS" w:cs="Noto Sans"/>
          <w:b w:val="0"/>
        </w:rPr>
        <w:t xml:space="preserve">You may use the name "DAWNBLOOM" or the official logo on fan pages, guides, video covers, or community posts to indicate the content theme, but you should avoid leading ordinary users to believe that your account, website, product, or event is officially affiliated with the game.  </w:t>
      </w:r>
    </w:p>
    <w:p>
      <w:pPr>
        <w:keepLines w:val="0"/>
      </w:pPr>
      <w:r>
        <w:rPr>
          <w:rFonts w:ascii="Noto Sans" w:hAnsi="Noto Sans" w:eastAsia="Arial Unicode MS" w:cs="Noto Sans"/>
          <w:b w:val="0"/>
        </w:rPr>
        <w:t xml:space="preserve">  </w:t>
      </w:r>
    </w:p>
    <w:p>
      <w:pPr>
        <w:keepLines w:val="0"/>
      </w:pPr>
      <w:r>
        <w:rPr>
          <w:rFonts w:ascii="Noto Sans" w:hAnsi="Noto Sans" w:eastAsia="Arial Unicode MS" w:cs="Noto Sans"/>
          <w:b w:val="0"/>
        </w:rPr>
        <w:t>SHANGHAI LUMIREALM CREATIVE MEDIA CO., LTD., as the official operator of DAWNBLOOM, reserves the right to monitor and manage all such usage to ensure compliance with the Terms of Use and Player Rules &amp; Enforcement Policy.</w:t>
      </w:r>
    </w:p>
    <w:p>
      <w:pPr>
        <w:keepLines w:val="0"/>
      </w:pPr>
      <w:r>
        <w:rPr>
          <w:rFonts w:ascii="Noto Sans" w:hAnsi="Noto Sans" w:eastAsia="Arial Unicode MS" w:cs="Noto Sans"/>
          <w:b w:val="0"/>
        </w:rPr>
        <w:t>If the logo is prominently displayed on a page, or if the account name, domain, or store name is highly similar to the official, it is recommended to clearly label "non-official" or "fan-made" to avoid confusion. No domain, social media handle, or commercial identifier should be registered or used that could cause confusion with the official identity.</w:t>
      </w:r>
    </w:p>
    <w:p>
      <w:pPr>
        <w:keepLines w:val="0"/>
      </w:pPr>
      <w:r>
        <w:rPr>
          <w:rFonts w:ascii="Noto Sans" w:hAnsi="Noto Sans" w:eastAsia="Arial Unicode MS" w:cs="Noto Sans"/>
          <w:b w:val="0"/>
        </w:rPr>
        <w:t>Official-source status should be verified through dawnbloom.net and the official entry points identified in the Official Channels &amp; Anti-Fraud Notice. Fan content must not use a confusingly similar domain, account name, or identifier to imply official status, authorization, or endorsement.</w:t>
      </w:r>
    </w:p>
    <w:p>
      <w:pPr>
        <w:pStyle w:val="Heading1"/>
        <w:keepLines w:val="0"/>
      </w:pPr>
      <w:r>
        <w:rPr>
          <w:rFonts w:ascii="Noto Sans" w:hAnsi="Noto Sans" w:eastAsia="Arial Unicode MS" w:cs="Noto Sans"/>
          <w:b w:val="0"/>
        </w:rPr>
        <w:t>5.3 Game Music, Sound Effects, and Video Assets</w:t>
      </w:r>
    </w:p>
    <w:p>
      <w:pPr>
        <w:keepLines w:val="0"/>
      </w:pPr>
      <w:r>
        <w:rPr>
          <w:rFonts w:ascii="Noto Sans" w:hAnsi="Noto Sans" w:eastAsia="Arial Unicode MS" w:cs="Noto Sans"/>
          <w:b w:val="0"/>
        </w:rPr>
        <w:t>In normal game live-streaming, recording, editing, and guide video content, game music and sound effects accompanying the gameplay may generally be used. However, this guide does not grant permission to extract game music, sound effects, or video assets individually and redistribute them as music albums, asset libraries, ringtones, paid downloads, or other standalone content.</w:t>
      </w:r>
    </w:p>
    <w:p>
      <w:pPr>
        <w:keepLines w:val="0"/>
      </w:pPr>
      <w:r>
        <w:rPr>
          <w:rFonts w:ascii="Noto Sans" w:hAnsi="Noto Sans" w:eastAsia="Arial Unicode MS" w:cs="Noto Sans"/>
          <w:b w:val="0"/>
        </w:rPr>
        <w:t>If any music, fonts, video, or other materials are actually owned by third parties and subject to separate licensing restrictions, their use shall be governed by the terms of the respective third-party rights holders.</w:t>
      </w:r>
    </w:p>
    <w:p>
      <w:pPr>
        <w:pStyle w:val="Heading1"/>
        <w:keepLines w:val="0"/>
      </w:pPr>
      <w:r>
        <w:rPr>
          <w:rFonts w:ascii="Noto Sans" w:hAnsi="Noto Sans" w:eastAsia="Arial Unicode MS" w:cs="Noto Sans"/>
          <w:b w:val="0"/>
        </w:rPr>
        <w:t>6. AI-Assisted Creation</w:t>
      </w:r>
    </w:p>
    <w:p>
      <w:pPr>
        <w:keepLines w:val="0"/>
      </w:pPr>
      <w:r>
        <w:rPr>
          <w:rFonts w:ascii="Noto Sans" w:hAnsi="Noto Sans" w:eastAsia="Arial Unicode MS" w:cs="Noto Sans"/>
          <w:b w:val="0"/>
        </w:rPr>
        <w:t>AI-assisted creation permitted by these Guidelines does not mean that DAWNBLOOM AI provides image or office document generation services. Text outputs from DAWNBLOOM AI do not alter the boundaries of rights under these Guidelines concerning official materials, trademarks, third-party content, commercial use or player works. Generated content must not be presented as officially authorized or as unverified game facts.</w:t>
      </w:r>
    </w:p>
    <w:p>
      <w:pPr>
        <w:keepLines w:val="0"/>
      </w:pPr>
      <w:r>
        <w:rPr>
          <w:rFonts w:ascii="Noto Sans" w:hAnsi="Noto Sans" w:eastAsia="Arial Unicode MS" w:cs="Noto Sans"/>
          <w:b w:val="0"/>
        </w:rPr>
        <w:t>We permit players to use generative AI, image tools, video tools, voice tools, or other automated creation tools to assist in producing DAWNBLOOM fan content, provided the following boundaries are observed:</w:t>
      </w:r>
    </w:p>
    <w:p>
      <w:pPr>
        <w:pStyle w:val="ListBullet"/>
        <w:keepLines w:val="0"/>
      </w:pPr>
      <w:r>
        <w:rPr>
          <w:rFonts w:ascii="Noto Sans" w:hAnsi="Noto Sans" w:eastAsia="Arial Unicode MS" w:cs="Noto Sans"/>
          <w:b w:val="0"/>
        </w:rPr>
        <w:t>AI-generated content must retain a "non-official" status and shall not fabricate official announcements, GM chat logs, customer service responses, probability-based notifications, penalty decisions, or any other materials that could be mistaken for genuine official information;</w:t>
      </w:r>
    </w:p>
    <w:p>
      <w:pPr>
        <w:pStyle w:val="ListBullet"/>
        <w:keepLines w:val="0"/>
      </w:pPr>
      <w:r>
        <w:rPr>
          <w:rFonts w:ascii="Noto Sans" w:hAnsi="Noto Sans" w:eastAsia="Arial Unicode MS" w:cs="Noto Sans"/>
          <w:b w:val="0"/>
        </w:rPr>
        <w:t>You must not use AI to create scams, phishing, impersonation of official entities, malicious personal attacks, pornographic content involving minors or infantile characters, or any other illegal or harmful material.</w:t>
      </w:r>
    </w:p>
    <w:p>
      <w:pPr>
        <w:pStyle w:val="ListBullet"/>
        <w:keepLines w:val="0"/>
      </w:pPr>
      <w:r>
        <w:rPr>
          <w:rFonts w:ascii="Noto Sans" w:hAnsi="Noto Sans" w:eastAsia="Arial Unicode MS" w:cs="Noto Sans"/>
          <w:b w:val="0"/>
        </w:rPr>
        <w:t>You must not obtain unpublished game art, source code, internal design documents, or backend data through unauthorized access, data scraping, or data leaks for use in AI training or content generation.</w:t>
      </w:r>
    </w:p>
    <w:p>
      <w:pPr>
        <w:pStyle w:val="ListBullet"/>
        <w:keepLines w:val="0"/>
      </w:pPr>
      <w:r>
        <w:rPr>
          <w:rFonts w:ascii="Noto Sans" w:hAnsi="Noto Sans" w:eastAsia="Arial Unicode MS" w:cs="Noto Sans"/>
          <w:b w:val="0"/>
        </w:rPr>
        <w:t>When using third-party AI services, you are responsible for complying with their respective terms of service and for any potential intellectual property rights issues arising from the use of protected materials, character likenesses, voices, or trademarks.</w:t>
      </w:r>
    </w:p>
    <w:p>
      <w:pPr>
        <w:pStyle w:val="ListBullet"/>
        <w:keepLines w:val="0"/>
      </w:pPr>
      <w:r>
        <w:rPr>
          <w:rFonts w:ascii="Noto Sans" w:hAnsi="Noto Sans" w:eastAsia="Arial Unicode MS" w:cs="Noto Sans"/>
          <w:b w:val="0"/>
        </w:rPr>
        <w:t>AI is one of many creative tools. The official will not automatically deem content in violation simply because it was created using AI, nor will it automatically grant additional legal rights simply because the work was hand-drawn.</w:t>
      </w:r>
    </w:p>
    <w:p>
      <w:pPr>
        <w:pStyle w:val="Heading1"/>
        <w:keepLines w:val="0"/>
      </w:pPr>
      <w:r>
        <w:rPr>
          <w:rFonts w:ascii="Noto Sans" w:hAnsi="Noto Sans" w:eastAsia="Arial Unicode MS" w:cs="Noto Sans"/>
          <w:b w:val="0"/>
        </w:rPr>
        <w:t>7. Creator's Rights to Their Own Work</w:t>
      </w:r>
    </w:p>
    <w:p>
      <w:pPr>
        <w:keepLines w:val="0"/>
      </w:pPr>
      <w:r>
        <w:rPr>
          <w:rFonts w:ascii="Noto Sans" w:hAnsi="Noto Sans" w:eastAsia="Arial Unicode MS" w:cs="Noto Sans"/>
          <w:b w:val="0"/>
        </w:rPr>
        <w:t>You retain legal rights to any original expressions you add to your fan-created works. DAWNBLOOM will not claim ownership of your original content—such as a fan art piece, guide, or video—merely because you created or publicly shared it.</w:t>
      </w:r>
    </w:p>
    <w:p>
      <w:pPr>
        <w:keepLines w:val="0"/>
      </w:pPr>
      <w:r>
        <w:rPr>
          <w:rFonts w:ascii="Noto Sans" w:hAnsi="Noto Sans" w:eastAsia="Arial Unicode MS" w:cs="Noto Sans"/>
          <w:b w:val="0"/>
        </w:rPr>
        <w:t>Simultaneously, the underlying intellectual property rights—including characters, worldbuilding, art, logos, music, and storylines—of DAWNBLOOM remain the exclusive property of their respective rights holders. The use of original work elements in fan content is governed by this Guide and applicable laws, and such use does not confer ownership of the original work or exclusive licensing rights.  DAWNBLOOM</w:t>
      </w:r>
    </w:p>
    <w:p>
      <w:pPr>
        <w:pStyle w:val="Heading1"/>
        <w:keepLines w:val="0"/>
      </w:pPr>
      <w:r>
        <w:rPr>
          <w:rFonts w:ascii="Noto Sans" w:hAnsi="Noto Sans" w:eastAsia="Arial Unicode MS" w:cs="Noto Sans"/>
          <w:b w:val="0"/>
        </w:rPr>
        <w:t>7.1 Official Forwarding and Display</w:t>
      </w:r>
    </w:p>
    <w:p>
      <w:pPr>
        <w:keepLines w:val="0"/>
      </w:pPr>
      <w:r>
        <w:rPr>
          <w:rFonts w:ascii="Noto Sans" w:hAnsi="Noto Sans" w:eastAsia="Arial Unicode MS" w:cs="Noto Sans"/>
          <w:b w:val="0"/>
        </w:rPr>
        <w:t>If you publicly release fan-created works and actively @, submit, or send them to the official DAWNBLOOM account, or participate in officially designated fan events marked as "works may be displayed or shared," you agree that the official may reproduce, link, or display such works for community visibility and promotional purposes, without exclusivity and without requiring royalty payments, provided that the core expressive content remains unchanged. Where reasonably feasible, we will retain the creator's attribution or source information.</w:t>
      </w:r>
    </w:p>
    <w:p>
      <w:pPr>
        <w:keepLines w:val="0"/>
      </w:pPr>
      <w:r>
        <w:rPr>
          <w:rFonts w:ascii="Noto Sans" w:hAnsi="Noto Sans" w:eastAsia="Arial Unicode MS" w:cs="Noto Sans"/>
          <w:b w:val="0"/>
        </w:rPr>
        <w:t>If the official wishes to use your work for commercial purposes such as paid advertising, commercial products, packaging, in-game official assets, or any use beyond standard community sharing, such use shall require separate authorization from you.</w:t>
      </w:r>
    </w:p>
    <w:p>
      <w:pPr>
        <w:pStyle w:val="Heading1"/>
        <w:keepLines w:val="0"/>
      </w:pPr>
      <w:r>
        <w:rPr>
          <w:rFonts w:ascii="Noto Sans" w:hAnsi="Noto Sans" w:eastAsia="Arial Unicode MS" w:cs="Noto Sans"/>
          <w:b w:val="0"/>
        </w:rPr>
        <w:t>8. Prohibited Uses</w:t>
      </w:r>
    </w:p>
    <w:p>
      <w:pPr>
        <w:keepLines w:val="0"/>
      </w:pPr>
      <w:r>
        <w:rPr>
          <w:rFonts w:ascii="Noto Sans" w:hAnsi="Noto Sans" w:eastAsia="Arial Unicode MS" w:cs="Noto Sans"/>
          <w:b w:val="0"/>
        </w:rPr>
        <w:t>The following actions fall outside the scope of this guide and may trigger content removal, enforcement under the Player Rules &amp; Enforcement Policy, platform complaints, intellectual property claims, or legal liability:</w:t>
      </w:r>
    </w:p>
    <w:p>
      <w:pPr>
        <w:keepLines w:val="0"/>
      </w:pPr>
      <w:r>
        <w:rPr>
          <w:rFonts w:ascii="Noto Sans" w:hAnsi="Noto Sans" w:eastAsia="Arial Unicode MS" w:cs="Noto Sans"/>
          <w:b w:val="0"/>
        </w:rPr>
        <w:t>Third-party news articles and images, sites visited by users, mail content, and provider or Apple, Google, and Microsoft marks are not materials DAWNBLOOM can license for reuse under this guide.</w:t>
      </w:r>
    </w:p>
    <w:p>
      <w:pPr>
        <w:pStyle w:val="ListBullet"/>
        <w:keepLines w:val="0"/>
      </w:pPr>
      <w:r>
        <w:rPr>
          <w:rFonts w:ascii="Noto Sans" w:hAnsi="Noto Sans" w:eastAsia="Arial Unicode MS" w:cs="Noto Sans"/>
          <w:b w:val="0"/>
        </w:rPr>
        <w:t>Impersonating DAWNBLOOM official accounts, GMs, customer service, developers, partners, or media, or fabricating "official authorization," "internal information," or "official events."</w:t>
      </w:r>
    </w:p>
    <w:p>
      <w:pPr>
        <w:pStyle w:val="ListBullet"/>
        <w:keepLines w:val="0"/>
      </w:pPr>
      <w:r>
        <w:rPr>
          <w:rFonts w:ascii="Noto Sans" w:hAnsi="Noto Sans" w:eastAsia="Arial Unicode MS" w:cs="Noto Sans"/>
          <w:b w:val="0"/>
        </w:rPr>
        <w:t>Creating, operating, promoting, or assisting in the operation of unauthorized private servers, pirated client software, cracked versions, cheating tools, cheat utilities, unlicensed servers, or tools that bypass payment or account security mechanisms;</w:t>
      </w:r>
    </w:p>
    <w:p>
      <w:pPr>
        <w:pStyle w:val="ListBullet"/>
        <w:keepLines w:val="0"/>
      </w:pPr>
      <w:r>
        <w:rPr>
          <w:rFonts w:ascii="Noto Sans" w:hAnsi="Noto Sans" w:eastAsia="Arial Unicode MS" w:cs="Noto Sans"/>
          <w:b w:val="0"/>
        </w:rPr>
        <w:t>Extract, batch retrieve, repackage, and sell/distribute official original assets—including source code, original artwork, animation engineering files, music and sound effect source files, internal data, and unpublished materials—from client applications, servers, websites, or other channels;</w:t>
      </w:r>
    </w:p>
    <w:p>
      <w:pPr>
        <w:pStyle w:val="ListBullet"/>
        <w:keepLines w:val="0"/>
      </w:pPr>
      <w:r>
        <w:rPr>
          <w:rFonts w:ascii="Noto Sans" w:hAnsi="Noto Sans" w:eastAsia="Arial Unicode MS" w:cs="Noto Sans"/>
          <w:b w:val="0"/>
        </w:rPr>
        <w:t>Disclosing non-public storylines, internal test materials, probabilities, exploit procedures, account data, backend information, or any other information obtained through confidentiality testing, error exposure, attacks, or unauthorized channels;</w:t>
      </w:r>
    </w:p>
    <w:p>
      <w:pPr>
        <w:pStyle w:val="ListBullet"/>
        <w:keepLines w:val="0"/>
      </w:pPr>
      <w:r>
        <w:rPr>
          <w:rFonts w:ascii="Noto Sans" w:hAnsi="Noto Sans" w:eastAsia="Arial Unicode MS" w:cs="Noto Sans"/>
          <w:b w:val="0"/>
        </w:rPr>
        <w:t>Using the DAWNBLOOM IP for fraud, phishing, illegal fundraising, gambling, black-market activities, account or virtual item fraud, or any other illegal transactions;</w:t>
      </w:r>
    </w:p>
    <w:p>
      <w:pPr>
        <w:pStyle w:val="ListBullet"/>
        <w:keepLines w:val="0"/>
      </w:pPr>
      <w:r>
        <w:rPr>
          <w:rFonts w:ascii="Noto Sans" w:hAnsi="Noto Sans" w:eastAsia="Arial Unicode MS" w:cs="Noto Sans"/>
          <w:b w:val="0"/>
        </w:rPr>
        <w:t>Producing explicit pornographic or exploitative content, especially content that sexually objectifies or inappropriately depicts minors or characters with childlike appearances;</w:t>
      </w:r>
    </w:p>
    <w:p>
      <w:pPr>
        <w:pStyle w:val="ListBullet"/>
        <w:keepLines w:val="0"/>
      </w:pPr>
      <w:r>
        <w:rPr>
          <w:rFonts w:ascii="Noto Sans" w:hAnsi="Noto Sans" w:eastAsia="Arial Unicode MS" w:cs="Noto Sans"/>
          <w:b w:val="0"/>
        </w:rPr>
        <w:t>Using the DAWNBLOOM IP as a vector to spread hate speech, threats of violence, harassment targeting real individuals or groups, or engaging in any other clearly illegal or infringing conduct;</w:t>
      </w:r>
    </w:p>
    <w:p>
      <w:pPr>
        <w:pStyle w:val="ListBullet"/>
        <w:keepLines w:val="0"/>
      </w:pPr>
      <w:r>
        <w:rPr>
          <w:rFonts w:ascii="Noto Sans" w:hAnsi="Noto Sans" w:eastAsia="Arial Unicode MS" w:cs="Noto Sans"/>
          <w:b w:val="0"/>
        </w:rPr>
        <w:t>Registering domain names, social media accounts, applications, stores, or organizational names that are highly similar to official ones and operating in a manner that causes confusion with the official brand;</w:t>
      </w:r>
    </w:p>
    <w:p>
      <w:pPr>
        <w:pStyle w:val="ListBullet"/>
        <w:keepLines w:val="0"/>
      </w:pPr>
      <w:r>
        <w:rPr>
          <w:rFonts w:ascii="Noto Sans" w:hAnsi="Noto Sans" w:eastAsia="Arial Unicode MS" w:cs="Noto Sans"/>
          <w:b w:val="0"/>
        </w:rPr>
        <w:t>Using official logos, characters, artwork, or other materials for bulk commercial goods, packaging, corporate promotions, paid services, or brand collaborations without authorization;</w:t>
      </w:r>
    </w:p>
    <w:p>
      <w:pPr>
        <w:pStyle w:val="Heading1"/>
        <w:keepLines w:val="0"/>
      </w:pPr>
      <w:r>
        <w:rPr>
          <w:rFonts w:ascii="Noto Sans" w:hAnsi="Noto Sans" w:eastAsia="Arial Unicode MS" w:cs="Noto Sans"/>
          <w:b w:val="0"/>
        </w:rPr>
        <w:t>9. Commercial merchandise, ticketing events, and authorized collaborations</w:t>
      </w:r>
    </w:p>
    <w:p>
      <w:pPr>
        <w:keepLines w:val="0"/>
      </w:pPr>
      <w:r>
        <w:rPr>
          <w:rFonts w:ascii="Noto Sans" w:hAnsi="Noto Sans" w:eastAsia="Arial Unicode MS" w:cs="Noto Sans"/>
          <w:b w:val="0"/>
        </w:rPr>
        <w:t>This guide currently does not automatically grant permission for commercial merchandise sales or bulk production primarily valued around the DAWNBLOOM IP, including but not limited to clothing, badges, acrylic items, dolls, printed materials, card sets, digital asset packs, paid wallpaper packs, premium emoji packs, NFT/blockchain items, and other sellable goods.</w:t>
      </w:r>
    </w:p>
    <w:p>
      <w:pPr>
        <w:keepLines w:val="0"/>
      </w:pPr>
      <w:r>
        <w:rPr>
          <w:rFonts w:ascii="Noto Sans" w:hAnsi="Noto Sans" w:eastAsia="Arial Unicode MS" w:cs="Noto Sans"/>
          <w:b w:val="0"/>
        </w:rPr>
        <w:t>Personal use, or the creation of small quantities of non-commercial commemorative items gifted freely to friends, generally does not require commercial authorization; however, written permission must be obtained prior to engaging in public orders, continuous sales, mass production, crowdfunding, or operating through a storefront.</w:t>
      </w:r>
    </w:p>
    <w:p>
      <w:pPr>
        <w:keepLines w:val="0"/>
      </w:pPr>
      <w:r>
        <w:rPr>
          <w:rFonts w:ascii="Noto Sans" w:hAnsi="Noto Sans" w:eastAsia="Arial Unicode MS" w:cs="Noto Sans"/>
          <w:b w:val="0"/>
        </w:rPr>
        <w:t>For commercial brand collaborations, offline ticketing events, paid exhibitions, corporate marketing, themed stores, or officially licensed merchandise, authorization requests must be submitted through legal or business channels.</w:t>
      </w:r>
    </w:p>
    <w:p>
      <w:pPr>
        <w:pStyle w:val="Heading1"/>
        <w:keepLines w:val="0"/>
      </w:pPr>
      <w:r>
        <w:rPr>
          <w:rFonts w:ascii="Noto Sans" w:hAnsi="Noto Sans" w:eastAsia="Arial Unicode MS" w:cs="Noto Sans"/>
          <w:b w:val="0"/>
        </w:rPr>
        <w:t>10. Modders, plugins, tools, wikis, and community projects</w:t>
      </w:r>
    </w:p>
    <w:p>
      <w:pPr>
        <w:keepLines w:val="0"/>
      </w:pPr>
      <w:r>
        <w:rPr>
          <w:rFonts w:ascii="Noto Sans" w:hAnsi="Noto Sans" w:eastAsia="Arial Unicode MS" w:cs="Noto Sans"/>
          <w:b w:val="0"/>
        </w:rPr>
        <w:t>If DAWNBLOOM shall later provide official modding interfaces, APIs, or developer tools, such provision shall be governed by the corresponding developer terms. Prior to such provision, this guide expressly prohibits any modification of the client, code injection, circumvention of anti-cheat mechanisms, reverse engineering of protected interfaces, alteration of network protocols, or any other actions that may affect the fairness and security of the game.</w:t>
      </w:r>
    </w:p>
    <w:p>
      <w:pPr>
        <w:keepLines w:val="0"/>
      </w:pPr>
      <w:r>
        <w:rPr>
          <w:rFonts w:ascii="Noto Sans" w:hAnsi="Noto Sans" w:eastAsia="Arial Unicode MS" w:cs="Noto Sans"/>
          <w:b w:val="0"/>
        </w:rPr>
        <w:t>Players may establish non-official wikis, guide websites, databases, event calendars, public data calculators, or community bots, provided they use publicly available data, comply with access frequency and API usage rules, do not scrape personal information, do not circumvent technical restrictions, do not impact server stability, and clearly indicate their non-official status.</w:t>
      </w:r>
    </w:p>
    <w:p>
      <w:pPr>
        <w:keepLines w:val="0"/>
      </w:pPr>
      <w:r>
        <w:rPr>
          <w:rFonts w:ascii="Noto Sans" w:hAnsi="Noto Sans" w:eastAsia="Arial Unicode MS" w:cs="Noto Sans"/>
          <w:b w:val="0"/>
        </w:rPr>
        <w:t>Any tool capable of automating gameplay, accessing non-public data, cheating, bulk harvesting, automated trading, spying on other players’ information, or circumventing normal game mechanics may simultaneously violate the "Player Rules &amp; Enforcement Policy."</w:t>
      </w:r>
    </w:p>
    <w:p>
      <w:pPr>
        <w:pStyle w:val="Heading1"/>
        <w:keepLines w:val="0"/>
      </w:pPr>
      <w:r>
        <w:rPr>
          <w:rFonts w:ascii="Noto Sans" w:hAnsi="Noto Sans" w:eastAsia="Arial Unicode MS" w:cs="Noto Sans"/>
          <w:b w:val="0"/>
        </w:rPr>
        <w:t>11. "Official noticed" does not equal official authorization</w:t>
      </w:r>
    </w:p>
    <w:p>
      <w:pPr>
        <w:keepLines w:val="0"/>
      </w:pPr>
      <w:r>
        <w:rPr>
          <w:rFonts w:ascii="Noto Sans" w:hAnsi="Noto Sans" w:eastAsia="Arial Unicode MS" w:cs="Noto Sans"/>
          <w:b w:val="0"/>
        </w:rPr>
        <w:t>Official likes, forwards, comments, saves, follows, or engages in friendly interactions within the community indicate only community engagement and do not constitute commercial licensing, exclusive licensing, partnership, or official certification.</w:t>
      </w:r>
    </w:p>
    <w:p>
      <w:pPr>
        <w:keepLines w:val="0"/>
      </w:pPr>
      <w:r>
        <w:rPr>
          <w:rFonts w:ascii="Noto Sans" w:hAnsi="Noto Sans" w:eastAsia="Arial Unicode MS" w:cs="Noto Sans"/>
          <w:b w:val="0"/>
        </w:rPr>
        <w:t>If written authorization is required, only written confirmation from an officially authorized channel of DAWNBLOOM and capable of verifying the scope of authorization shall be valid.</w:t>
      </w:r>
    </w:p>
    <w:p>
      <w:pPr>
        <w:pStyle w:val="Heading1"/>
        <w:keepLines w:val="0"/>
      </w:pPr>
      <w:r>
        <w:rPr>
          <w:rFonts w:ascii="Noto Sans" w:hAnsi="Noto Sans" w:eastAsia="Arial Unicode MS" w:cs="Noto Sans"/>
          <w:b w:val="0"/>
        </w:rPr>
        <w:t>12. Content removal, appeals, and protection for good-faith creators</w:t>
      </w:r>
    </w:p>
    <w:p>
      <w:pPr>
        <w:keepLines w:val="0"/>
      </w:pPr>
      <w:r>
        <w:rPr>
          <w:rFonts w:ascii="Noto Sans" w:hAnsi="Noto Sans" w:eastAsia="Arial Unicode MS" w:cs="Noto Sans"/>
          <w:b w:val="0"/>
        </w:rPr>
        <w:t>We aim to resolve goodwill fan-created content issues through communication first. If a piece of content inadvertently crosses brand usage boundaries, we typically request modifications, additions of "non-official" disclaimers, or cessation of specific commercial uses, rather than immediately treating ordinary fans as malicious infringers.</w:t>
      </w:r>
    </w:p>
    <w:p>
      <w:pPr>
        <w:keepLines w:val="0"/>
      </w:pPr>
      <w:r>
        <w:rPr>
          <w:rFonts w:ascii="Noto Sans" w:hAnsi="Noto Sans" w:eastAsia="Arial Unicode MS" w:cs="Noto Sans"/>
          <w:b w:val="0"/>
        </w:rPr>
        <w:t>For content involving fraud, unauthorized servers, illegal activities, pirated materials, serious infringement, sexualization of minors, unauthorized disclosure of confidential information, or other clearly illegal or high-risk behaviors, the official may directly take platform reporting, deletion requests, suspension of authorization, player penalties, or legal actions without prior friendly notice.</w:t>
      </w:r>
    </w:p>
    <w:p>
      <w:pPr>
        <w:keepLines w:val="0"/>
      </w:pPr>
      <w:r>
        <w:rPr>
          <w:rFonts w:ascii="Noto Sans" w:hAnsi="Noto Sans" w:eastAsia="Arial Unicode MS" w:cs="Noto Sans"/>
          <w:b w:val="0"/>
        </w:rPr>
        <w:t>If you believe the official has incorrectly assessed your fan-created work, you may submit a written explanation via legal or copyright channels, including the creative context, intended use, profitability, and relevant links. We will conduct a review.</w:t>
      </w:r>
    </w:p>
    <w:p>
      <w:pPr>
        <w:pStyle w:val="Heading1"/>
        <w:keepLines w:val="0"/>
      </w:pPr>
      <w:r>
        <w:rPr>
          <w:rFonts w:ascii="Noto Sans" w:hAnsi="Noto Sans" w:eastAsia="Arial Unicode MS" w:cs="Noto Sans"/>
          <w:b w:val="0"/>
        </w:rPr>
        <w:t>13. Relationship between this guide and regional laws</w:t>
      </w:r>
    </w:p>
    <w:p>
      <w:pPr>
        <w:keepLines w:val="0"/>
      </w:pPr>
      <w:r>
        <w:rPr>
          <w:rFonts w:ascii="Noto Sans" w:hAnsi="Noto Sans" w:eastAsia="Arial Unicode MS" w:cs="Noto Sans"/>
          <w:b w:val="0"/>
        </w:rPr>
        <w:t>This guide constitutes an active, open licensing framework and does not supersede applicable laws. Legal standards regarding derivative works, fair use, right of reversal, trademark confusion, and consumer protection vary significantly across jurisdictions.</w:t>
      </w:r>
    </w:p>
    <w:p>
      <w:pPr>
        <w:keepLines w:val="0"/>
      </w:pPr>
      <w:r>
        <w:rPr>
          <w:rFonts w:ascii="Noto Sans" w:hAnsi="Noto Sans" w:eastAsia="Arial Unicode MS" w:cs="Noto Sans"/>
          <w:b w:val="0"/>
        </w:rPr>
        <w:t>Under Chinese Copyright Law, authors and relevant rights holders are protected in regards to rights such as reproduction, adaptation, and information network dissemination; the scope of fan-created content is primarily governed by the permissions outlined in this guide and by explicit legal exceptions.</w:t>
      </w:r>
    </w:p>
    <w:p>
      <w:pPr>
        <w:keepLines w:val="0"/>
      </w:pPr>
      <w:r>
        <w:rPr>
          <w:rFonts w:ascii="Noto Sans" w:hAnsi="Noto Sans" w:eastAsia="Arial Unicode MS" w:cs="Noto Sans"/>
          <w:b w:val="0"/>
        </w:rPr>
        <w:t>In the United States, even if a use falls outside the scope permitted by this guide, it may still constitute fair use under specific factual circumstances; the U.S. Copyright Office has explicitly stated that fair use must be evaluated on a case-by-case basis, considering factors such as the purpose and character of the use, the nature of the copyrighted work, the amount used, and the effect on the potential market, and no fixed percentage rule applies.</w:t>
      </w:r>
    </w:p>
    <w:p>
      <w:pPr>
        <w:keepLines w:val="0"/>
      </w:pPr>
      <w:r>
        <w:rPr>
          <w:rFonts w:ascii="Noto Sans" w:hAnsi="Noto Sans" w:eastAsia="Arial Unicode MS" w:cs="Noto Sans"/>
          <w:b w:val="0"/>
        </w:rPr>
        <w:t>In Japan, the Cultural Affairs Agency has explicitly stated that fan art and other derivative works, if constituting derivative works of the original work, generally involve the original rights holder's rights such as reproduction rights and adaptation rights, thereby underscoring the importance of guidelines issued by rights holders regarding derivative works. This guide serves as the publicly available licensing boundary established by DAWNBLOOM for fan content.</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Statutory rights are preserved. If applicable laws permit you to comment, quote, use reasonably, parody, or otherwise legally utilize content without requiring prior authorization from DAWNBLOOM, this guide does not require you to relinquish such rights.</w:t>
            </w:r>
          </w:p>
        </w:tc>
      </w:tr>
    </w:tbl>
    <w:p>
      <w:pPr>
        <w:spacing w:after="40"/>
      </w:pPr>
    </w:p>
    <w:p>
      <w:pPr>
        <w:pStyle w:val="Heading1"/>
        <w:keepLines w:val="0"/>
      </w:pPr>
      <w:r>
        <w:rPr>
          <w:rFonts w:ascii="Noto Sans" w:hAnsi="Noto Sans" w:eastAsia="Arial Unicode MS" w:cs="Noto Sans"/>
          <w:b w:val="0"/>
        </w:rPr>
        <w:t>14. Guide Updates and Existing Works</w:t>
      </w:r>
    </w:p>
    <w:p>
      <w:pPr>
        <w:keepLines w:val="0"/>
      </w:pPr>
      <w:r>
        <w:rPr>
          <w:rFonts w:ascii="Noto Sans" w:hAnsi="Noto Sans" w:eastAsia="Arial Unicode MS" w:cs="Noto Sans"/>
          <w:b w:val="0"/>
        </w:rPr>
        <w:t>We may update this guide as the game content, platform rules, and legal environment evolve. Significant changes will be announced on the official website with updated version numbers and dates.</w:t>
      </w:r>
    </w:p>
    <w:p>
      <w:pPr>
        <w:keepLines w:val="0"/>
      </w:pPr>
      <w:r>
        <w:rPr>
          <w:rFonts w:ascii="Noto Sans" w:hAnsi="Noto Sans" w:eastAsia="Arial Unicode MS" w:cs="Noto Sans"/>
          <w:b w:val="0"/>
        </w:rPr>
        <w:t>For fan content that were reasonably produced and publicly shared under the previous version of the guidelines, and which were compliant with the rules at the time, we generally will not retroactively address them merely because the guidelines have since been updated. However, if continued dissemination may lead to illegal activities, fraud, safety risks, serious infringement of rights, or other circumstances requiring official intervention, the official may still require the cessation or modification of such content.</w:t>
      </w:r>
    </w:p>
    <w:p>
      <w:pPr>
        <w:pStyle w:val="Heading1"/>
        <w:keepLines w:val="0"/>
      </w:pPr>
      <w:r>
        <w:rPr>
          <w:rFonts w:ascii="Noto Sans" w:hAnsi="Noto Sans" w:eastAsia="Arial Unicode MS" w:cs="Noto Sans"/>
          <w:b w:val="0"/>
        </w:rPr>
        <w:t>15. Contact and Authorization Requests</w:t>
      </w:r>
    </w:p>
    <w:p>
      <w:pPr>
        <w:keepLines w:val="0"/>
      </w:pPr>
      <w:r>
        <w:rPr>
          <w:rFonts w:ascii="Noto Sans" w:hAnsi="Noto Sans" w:eastAsia="Arial Unicode MS" w:cs="Noto Sans"/>
          <w:b w:val="0"/>
        </w:rPr>
        <w:t xml:space="preserve">Legal, copyright, and privacy inquiries: </w:t>
      </w:r>
      <w:hyperlink r:id="rId11">
        <w:r>
          <w:rPr>
            <w:rFonts w:ascii="Noto Sans" w:hAnsi="Noto Sans" w:eastAsia="Arial Unicode MS"/>
            <w:b w:val="0"/>
          </w:rPr>
          <w:t xml:space="preserve">legal@dawnbloom.net</w:t>
        </w:r>
      </w:hyperlink>
      <w:r>
        <w:rPr>
          <w:rFonts w:ascii="Noto Sans" w:hAnsi="Noto Sans" w:eastAsia="Arial Unicode MS" w:cs="Noto Sans"/>
          <w:b w:val="0"/>
        </w:rPr>
        <w:t xml:space="preserve">; media and business partnership inquiries: </w:t>
      </w:r>
      <w:hyperlink r:id="rId12">
        <w:r>
          <w:rPr>
            <w:rFonts w:ascii="Noto Sans" w:hAnsi="Noto Sans" w:eastAsia="Arial Unicode MS"/>
            <w:b w:val="0"/>
          </w:rPr>
          <w:t xml:space="preserve">contact@dawnbloom.net</w:t>
        </w:r>
      </w:hyperlink>
      <w:r>
        <w:rPr>
          <w:rFonts w:ascii="Noto Sans" w:hAnsi="Noto Sans" w:eastAsia="Arial Unicode MS" w:cs="Noto Sans"/>
          <w:b w:val="0"/>
        </w:rPr>
        <w:t xml:space="preserve">; general player support: </w:t>
      </w:r>
      <w:hyperlink r:id="rId13">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 xml:space="preserve">Official website: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Operator / website service provider: 上海追光智创文化传媒有限公司 (English public-facing name: SHANGHAI LUMIREALM CREATIVE MEDIA CO., LTD.)</w:t>
      </w:r>
    </w:p>
    <w:p>
      <w:pPr>
        <w:keepLines w:val="0"/>
      </w:pPr>
      <w:r>
        <w:rPr>
          <w:rFonts w:ascii="Noto Sans" w:hAnsi="Noto Sans" w:eastAsia="Arial Unicode MS" w:cs="Noto Sans"/>
          <w:b w:val="0"/>
        </w:rPr>
        <w:t>Operations Address / Official Contact Address: 中国（上海）自由贸易试验区临港新片区天骄路336号3幢218室 (Room 218, Building 3, No. 336 Tianjiao Road, Lin-gang Special Area of the China (Shanghai) Pilot Free Trade Zone, China)</w:t>
      </w:r>
    </w:p>
    <w:p>
      <w:pPr>
        <w:pStyle w:val="Heading1"/>
        <w:keepLines w:val="0"/>
      </w:pPr>
      <w:r>
        <w:rPr>
          <w:rFonts w:ascii="Noto Sans" w:hAnsi="Noto Sans" w:eastAsia="Arial Unicode MS" w:cs="Noto Sans"/>
          <w:b w:val="0"/>
        </w:rPr>
        <w:t>Appendix A: A Quick Decision-Making Table for Players</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You decide what to do.</w:t>
            </w:r>
          </w:p>
        </w:tc>
        <w:tc>
          <w:tcPr>
            <w:tcW w:type="dxa" w:w="3249"/>
            <w:vAlign w:val="center"/>
            <w:shd w:fill="DCE8F7"/>
          </w:tcPr>
          <w:p>
            <w:pPr>
              <w:keepNext/>
              <w:spacing w:after="40"/>
            </w:pPr>
            <w:r>
              <w:rPr>
                <w:rFonts w:ascii="Noto Sans" w:hAnsi="Noto Sans" w:eastAsia="Arial Unicode MS" w:cs="Noto Sans"/>
                <w:b/>
                <w:sz w:val="17"/>
              </w:rPr>
              <w:t>Whether prior authorization is required.</w:t>
            </w:r>
          </w:p>
        </w:tc>
        <w:tc>
          <w:tcPr>
            <w:tcW w:type="dxa" w:w="3249"/>
            <w:vAlign w:val="center"/>
            <w:shd w:fill="DCE8F7"/>
          </w:tcPr>
          <w:p>
            <w:pPr>
              <w:keepNext/>
              <w:spacing w:after="40"/>
            </w:pPr>
            <w:r>
              <w:rPr>
                <w:rFonts w:ascii="Noto Sans" w:hAnsi="Noto Sans" w:eastAsia="Arial Unicode MS" w:cs="Noto Sans"/>
                <w:b/>
                <w:sz w:val="17"/>
              </w:rPr>
              <w:t>Notes or additional remarks.</w:t>
            </w:r>
          </w:p>
        </w:tc>
      </w:tr>
      <w:tr>
        <w:trPr>
          <w:cantSplit/>
        </w:trPr>
        <w:tc>
          <w:tcPr>
            <w:tcW w:type="dxa" w:w="3249"/>
            <w:vAlign w:val="center"/>
          </w:tcPr>
          <w:p>
            <w:pPr>
              <w:spacing w:after="40"/>
            </w:pPr>
            <w:r>
              <w:rPr>
                <w:rFonts w:ascii="Noto Sans" w:hAnsi="Noto Sans" w:eastAsia="Arial Unicode MS" w:cs="Noto Sans"/>
                <w:sz w:val="17"/>
              </w:rPr>
              <w:t>Post a fan art image on social media.</w:t>
            </w:r>
          </w:p>
        </w:tc>
        <w:tc>
          <w:tcPr>
            <w:tcW w:type="dxa" w:w="3249"/>
            <w:vAlign w:val="center"/>
          </w:tcPr>
          <w:p>
            <w:pPr>
              <w:spacing w:after="40"/>
            </w:pPr>
            <w:r>
              <w:rPr>
                <w:rFonts w:ascii="Noto Sans" w:hAnsi="Noto Sans" w:eastAsia="Arial Unicode MS" w:cs="Noto Sans"/>
                <w:sz w:val="17"/>
              </w:rPr>
              <w:t>No.</w:t>
            </w:r>
          </w:p>
        </w:tc>
        <w:tc>
          <w:tcPr>
            <w:tcW w:type="dxa" w:w="3249"/>
            <w:vAlign w:val="center"/>
          </w:tcPr>
          <w:p>
            <w:pPr>
              <w:spacing w:after="40"/>
            </w:pPr>
            <w:r>
              <w:rPr>
                <w:rFonts w:ascii="Noto Sans" w:hAnsi="Noto Sans" w:eastAsia="Arial Unicode MS" w:cs="Noto Sans"/>
                <w:sz w:val="17"/>
              </w:rPr>
              <w:t>You may use your own artistic style and creative interpretations.</w:t>
            </w:r>
          </w:p>
        </w:tc>
      </w:tr>
      <w:tr>
        <w:trPr>
          <w:cantSplit/>
        </w:trPr>
        <w:tc>
          <w:tcPr>
            <w:tcW w:type="dxa" w:w="3249"/>
            <w:vAlign w:val="center"/>
          </w:tcPr>
          <w:p>
            <w:pPr>
              <w:spacing w:after="40"/>
            </w:pPr>
            <w:r>
              <w:rPr>
                <w:rFonts w:ascii="Noto Sans" w:hAnsi="Noto Sans" w:eastAsia="Arial Unicode MS" w:cs="Noto Sans"/>
                <w:sz w:val="17"/>
              </w:rPr>
              <w:t>Create guides, wikis, or data compilations.</w:t>
            </w:r>
          </w:p>
        </w:tc>
        <w:tc>
          <w:tcPr>
            <w:tcW w:type="dxa" w:w="3249"/>
            <w:vAlign w:val="center"/>
          </w:tcPr>
          <w:p>
            <w:pPr>
              <w:spacing w:after="40"/>
            </w:pPr>
            <w:r>
              <w:rPr>
                <w:rFonts w:ascii="Noto Sans" w:hAnsi="Noto Sans" w:eastAsia="Arial Unicode MS" w:cs="Noto Sans"/>
                <w:sz w:val="17"/>
              </w:rPr>
              <w:t>No.</w:t>
            </w:r>
          </w:p>
        </w:tc>
        <w:tc>
          <w:tcPr>
            <w:tcW w:type="dxa" w:w="3249"/>
            <w:vAlign w:val="center"/>
          </w:tcPr>
          <w:p>
            <w:pPr>
              <w:spacing w:after="40"/>
            </w:pPr>
            <w:r>
              <w:rPr>
                <w:rFonts w:ascii="Noto Sans" w:hAnsi="Noto Sans" w:eastAsia="Arial Unicode MS" w:cs="Noto Sans"/>
                <w:sz w:val="17"/>
              </w:rPr>
              <w:t>Content may only use publicly available data and must not bypass APIs or harvest personal information.</w:t>
            </w:r>
          </w:p>
        </w:tc>
      </w:tr>
      <w:tr>
        <w:trPr>
          <w:cantSplit/>
        </w:trPr>
        <w:tc>
          <w:tcPr>
            <w:tcW w:type="dxa" w:w="3249"/>
            <w:vAlign w:val="center"/>
          </w:tcPr>
          <w:p>
            <w:pPr>
              <w:spacing w:after="40"/>
            </w:pPr>
            <w:r>
              <w:rPr>
                <w:rFonts w:ascii="Noto Sans" w:hAnsi="Noto Sans" w:eastAsia="Arial Unicode MS" w:cs="Noto Sans"/>
                <w:sz w:val="17"/>
              </w:rPr>
              <w:t>Earn platform advertising revenue through live-streaming, recording, or editing.</w:t>
            </w:r>
          </w:p>
        </w:tc>
        <w:tc>
          <w:tcPr>
            <w:tcW w:type="dxa" w:w="3249"/>
            <w:vAlign w:val="center"/>
          </w:tcPr>
          <w:p>
            <w:pPr>
              <w:spacing w:after="40"/>
            </w:pPr>
            <w:r>
              <w:rPr>
                <w:rFonts w:ascii="Noto Sans" w:hAnsi="Noto Sans" w:eastAsia="Arial Unicode MS" w:cs="Noto Sans"/>
                <w:sz w:val="17"/>
              </w:rPr>
              <w:t>No.</w:t>
            </w:r>
          </w:p>
        </w:tc>
        <w:tc>
          <w:tcPr>
            <w:tcW w:type="dxa" w:w="3249"/>
            <w:vAlign w:val="center"/>
          </w:tcPr>
          <w:p>
            <w:pPr>
              <w:spacing w:after="40"/>
            </w:pPr>
            <w:r>
              <w:rPr>
                <w:rFonts w:ascii="Noto Sans" w:hAnsi="Noto Sans" w:eastAsia="Arial Unicode MS" w:cs="Noto Sans"/>
                <w:sz w:val="17"/>
              </w:rPr>
              <w:t>Normal platform revenue is permitted.</w:t>
            </w:r>
          </w:p>
        </w:tc>
      </w:tr>
      <w:tr>
        <w:trPr>
          <w:cantSplit/>
        </w:trPr>
        <w:tc>
          <w:tcPr>
            <w:tcW w:type="dxa" w:w="3249"/>
            <w:vAlign w:val="center"/>
          </w:tcPr>
          <w:p>
            <w:pPr>
              <w:spacing w:after="40"/>
            </w:pPr>
            <w:r>
              <w:rPr>
                <w:rFonts w:ascii="Noto Sans" w:hAnsi="Noto Sans" w:eastAsia="Arial Unicode MS" w:cs="Noto Sans"/>
                <w:sz w:val="17"/>
              </w:rPr>
              <w:t>Use in-game screenshots as video covers.</w:t>
            </w:r>
          </w:p>
        </w:tc>
        <w:tc>
          <w:tcPr>
            <w:tcW w:type="dxa" w:w="3249"/>
            <w:vAlign w:val="center"/>
          </w:tcPr>
          <w:p>
            <w:pPr>
              <w:spacing w:after="40"/>
            </w:pPr>
            <w:r>
              <w:rPr>
                <w:rFonts w:ascii="Noto Sans" w:hAnsi="Noto Sans" w:eastAsia="Arial Unicode MS" w:cs="Noto Sans"/>
                <w:sz w:val="17"/>
              </w:rPr>
              <w:t>No.</w:t>
            </w:r>
          </w:p>
        </w:tc>
        <w:tc>
          <w:tcPr>
            <w:tcW w:type="dxa" w:w="3249"/>
            <w:vAlign w:val="center"/>
          </w:tcPr>
          <w:p>
            <w:pPr>
              <w:spacing w:after="40"/>
            </w:pPr>
            <w:r>
              <w:rPr>
                <w:rFonts w:ascii="Noto Sans" w:hAnsi="Noto Sans" w:eastAsia="Arial Unicode MS" w:cs="Noto Sans"/>
                <w:sz w:val="17"/>
              </w:rPr>
              <w:t>No forgery of official announcements or misleading public statements is permitted.</w:t>
            </w:r>
          </w:p>
        </w:tc>
      </w:tr>
      <w:tr>
        <w:trPr>
          <w:cantSplit/>
        </w:trPr>
        <w:tc>
          <w:tcPr>
            <w:tcW w:type="dxa" w:w="3249"/>
            <w:vAlign w:val="center"/>
          </w:tcPr>
          <w:p>
            <w:pPr>
              <w:spacing w:after="40"/>
            </w:pPr>
            <w:r>
              <w:rPr>
                <w:rFonts w:ascii="Noto Sans" w:hAnsi="Noto Sans" w:eastAsia="Arial Unicode MS" w:cs="Noto Sans"/>
                <w:sz w:val="17"/>
              </w:rPr>
              <w:t>Use the Logo as an identifier for a "non-official guide website"</w:t>
            </w:r>
          </w:p>
        </w:tc>
        <w:tc>
          <w:tcPr>
            <w:tcW w:type="dxa" w:w="3249"/>
            <w:vAlign w:val="center"/>
          </w:tcPr>
          <w:p>
            <w:pPr>
              <w:spacing w:after="40"/>
            </w:pPr>
            <w:r>
              <w:rPr>
                <w:rFonts w:ascii="Noto Sans" w:hAnsi="Noto Sans" w:eastAsia="Arial Unicode MS" w:cs="Noto Sans"/>
                <w:sz w:val="17"/>
              </w:rPr>
              <w:t>Generally not required</w:t>
            </w:r>
          </w:p>
        </w:tc>
        <w:tc>
          <w:tcPr>
            <w:tcW w:type="dxa" w:w="3249"/>
            <w:vAlign w:val="center"/>
          </w:tcPr>
          <w:p>
            <w:pPr>
              <w:spacing w:after="40"/>
            </w:pPr>
            <w:r>
              <w:rPr>
                <w:rFonts w:ascii="Noto Sans" w:hAnsi="Noto Sans" w:eastAsia="Arial Unicode MS" w:cs="Noto Sans"/>
                <w:sz w:val="17"/>
              </w:rPr>
              <w:t>Must prominently indicate as non-official to avoid official confusion.</w:t>
            </w:r>
          </w:p>
        </w:tc>
      </w:tr>
      <w:tr>
        <w:trPr>
          <w:cantSplit/>
        </w:trPr>
        <w:tc>
          <w:tcPr>
            <w:tcW w:type="dxa" w:w="3249"/>
            <w:vAlign w:val="center"/>
          </w:tcPr>
          <w:p>
            <w:pPr>
              <w:spacing w:after="40"/>
            </w:pPr>
            <w:r>
              <w:rPr>
                <w:rFonts w:ascii="Noto Sans" w:hAnsi="Noto Sans" w:eastAsia="Arial Unicode MS" w:cs="Noto Sans"/>
                <w:sz w:val="17"/>
              </w:rPr>
              <w:t>Limited self-made commemorative items given to friends</w:t>
            </w:r>
          </w:p>
        </w:tc>
        <w:tc>
          <w:tcPr>
            <w:tcW w:type="dxa" w:w="3249"/>
            <w:vAlign w:val="center"/>
          </w:tcPr>
          <w:p>
            <w:pPr>
              <w:spacing w:after="40"/>
            </w:pPr>
            <w:r>
              <w:rPr>
                <w:rFonts w:ascii="Noto Sans" w:hAnsi="Noto Sans" w:eastAsia="Arial Unicode MS" w:cs="Noto Sans"/>
                <w:sz w:val="17"/>
              </w:rPr>
              <w:t>Generally not required</w:t>
            </w:r>
          </w:p>
        </w:tc>
        <w:tc>
          <w:tcPr>
            <w:tcW w:type="dxa" w:w="3249"/>
            <w:vAlign w:val="center"/>
          </w:tcPr>
          <w:p>
            <w:pPr>
              <w:spacing w:after="40"/>
            </w:pPr>
            <w:r>
              <w:rPr>
                <w:rFonts w:ascii="Noto Sans" w:hAnsi="Noto Sans" w:eastAsia="Arial Unicode MS" w:cs="Noto Sans"/>
                <w:sz w:val="17"/>
              </w:rPr>
              <w:t>Must not publicly solicit orders or engage in continuous sales.</w:t>
            </w:r>
          </w:p>
        </w:tc>
      </w:tr>
      <w:tr>
        <w:trPr>
          <w:cantSplit/>
        </w:trPr>
        <w:tc>
          <w:tcPr>
            <w:tcW w:type="dxa" w:w="3249"/>
            <w:vAlign w:val="center"/>
          </w:tcPr>
          <w:p>
            <w:pPr>
              <w:spacing w:after="40"/>
            </w:pPr>
            <w:r>
              <w:rPr>
                <w:rFonts w:ascii="Noto Sans" w:hAnsi="Noto Sans" w:eastAsia="Arial Unicode MS" w:cs="Noto Sans"/>
                <w:sz w:val="17"/>
              </w:rPr>
              <w:t>Public sale of character badges, dolls, or clothing</w:t>
            </w:r>
          </w:p>
        </w:tc>
        <w:tc>
          <w:tcPr>
            <w:tcW w:type="dxa" w:w="3249"/>
            <w:vAlign w:val="center"/>
          </w:tcPr>
          <w:p>
            <w:pPr>
              <w:spacing w:after="40"/>
            </w:pPr>
            <w:r>
              <w:rPr>
                <w:rFonts w:ascii="Noto Sans" w:hAnsi="Noto Sans" w:eastAsia="Arial Unicode MS" w:cs="Noto Sans"/>
                <w:sz w:val="17"/>
              </w:rPr>
              <w:t>Required</w:t>
            </w:r>
          </w:p>
        </w:tc>
        <w:tc>
          <w:tcPr>
            <w:tcW w:type="dxa" w:w="3249"/>
            <w:vAlign w:val="center"/>
          </w:tcPr>
          <w:p>
            <w:pPr>
              <w:spacing w:after="40"/>
            </w:pPr>
            <w:r>
              <w:rPr>
                <w:rFonts w:ascii="Noto Sans" w:hAnsi="Noto Sans" w:eastAsia="Arial Unicode MS" w:cs="Noto Sans"/>
                <w:sz w:val="17"/>
              </w:rPr>
              <w:t>Falls under commercial merchandise.</w:t>
            </w:r>
          </w:p>
        </w:tc>
      </w:tr>
      <w:tr>
        <w:trPr>
          <w:cantSplit/>
        </w:trPr>
        <w:tc>
          <w:tcPr>
            <w:tcW w:type="dxa" w:w="3249"/>
            <w:vAlign w:val="center"/>
          </w:tcPr>
          <w:p>
            <w:pPr>
              <w:spacing w:after="40"/>
            </w:pPr>
            <w:r>
              <w:rPr>
                <w:rFonts w:ascii="Noto Sans" w:hAnsi="Noto Sans" w:eastAsia="Arial Unicode MS" w:cs="Noto Sans"/>
                <w:sz w:val="17"/>
              </w:rPr>
              <w:t>Selling paid digital asset packs or wallpaper bundles</w:t>
            </w:r>
          </w:p>
        </w:tc>
        <w:tc>
          <w:tcPr>
            <w:tcW w:type="dxa" w:w="3249"/>
            <w:vAlign w:val="center"/>
          </w:tcPr>
          <w:p>
            <w:pPr>
              <w:spacing w:after="40"/>
            </w:pPr>
            <w:r>
              <w:rPr>
                <w:rFonts w:ascii="Noto Sans" w:hAnsi="Noto Sans" w:eastAsia="Arial Unicode MS" w:cs="Noto Sans"/>
                <w:sz w:val="17"/>
              </w:rPr>
              <w:t>Required</w:t>
            </w:r>
          </w:p>
        </w:tc>
        <w:tc>
          <w:tcPr>
            <w:tcW w:type="dxa" w:w="3249"/>
            <w:vAlign w:val="center"/>
          </w:tcPr>
          <w:p>
            <w:pPr>
              <w:spacing w:after="40"/>
            </w:pPr>
            <w:r>
              <w:rPr>
                <w:rFonts w:ascii="Noto Sans" w:hAnsi="Noto Sans" w:eastAsia="Arial Unicode MS" w:cs="Noto Sans"/>
                <w:sz w:val="17"/>
              </w:rPr>
              <w:t>The value of the product must derive from the IP itself.</w:t>
            </w:r>
          </w:p>
        </w:tc>
      </w:tr>
      <w:tr>
        <w:trPr>
          <w:cantSplit/>
        </w:trPr>
        <w:tc>
          <w:tcPr>
            <w:tcW w:type="dxa" w:w="3249"/>
            <w:vAlign w:val="center"/>
          </w:tcPr>
          <w:p>
            <w:pPr>
              <w:spacing w:after="40"/>
            </w:pPr>
            <w:r>
              <w:rPr>
                <w:rFonts w:ascii="Noto Sans" w:hAnsi="Noto Sans" w:eastAsia="Arial Unicode MS" w:cs="Noto Sans"/>
                <w:sz w:val="17"/>
              </w:rPr>
              <w:t>Generate AI-generated DAWNBLOOM fan art</w:t>
            </w:r>
          </w:p>
        </w:tc>
        <w:tc>
          <w:tcPr>
            <w:tcW w:type="dxa" w:w="3249"/>
            <w:vAlign w:val="center"/>
          </w:tcPr>
          <w:p>
            <w:pPr>
              <w:spacing w:after="40"/>
            </w:pPr>
            <w:r>
              <w:rPr>
                <w:rFonts w:ascii="Noto Sans" w:hAnsi="Noto Sans" w:eastAsia="Arial Unicode MS" w:cs="Noto Sans"/>
                <w:sz w:val="17"/>
              </w:rPr>
              <w:t>No.</w:t>
            </w:r>
          </w:p>
        </w:tc>
        <w:tc>
          <w:tcPr>
            <w:tcW w:type="dxa" w:w="3249"/>
            <w:vAlign w:val="center"/>
          </w:tcPr>
          <w:p>
            <w:pPr>
              <w:spacing w:after="40"/>
            </w:pPr>
            <w:r>
              <w:rPr>
                <w:rFonts w:ascii="Noto Sans" w:hAnsi="Noto Sans" w:eastAsia="Arial Unicode MS" w:cs="Noto Sans"/>
                <w:sz w:val="17"/>
              </w:rPr>
              <w:t>Comply with Section 6: do not impersonate official sources or create harmful content.</w:t>
            </w:r>
          </w:p>
        </w:tc>
      </w:tr>
      <w:tr>
        <w:trPr>
          <w:cantSplit/>
        </w:trPr>
        <w:tc>
          <w:tcPr>
            <w:tcW w:type="dxa" w:w="3249"/>
            <w:vAlign w:val="center"/>
          </w:tcPr>
          <w:p>
            <w:pPr>
              <w:spacing w:after="40"/>
            </w:pPr>
            <w:r>
              <w:rPr>
                <w:rFonts w:ascii="Noto Sans" w:hAnsi="Noto Sans" w:eastAsia="Arial Unicode MS" w:cs="Noto Sans"/>
                <w:sz w:val="17"/>
              </w:rPr>
              <w:t>Create private servers, cheating tools, or cracked client software</w:t>
            </w:r>
          </w:p>
        </w:tc>
        <w:tc>
          <w:tcPr>
            <w:tcW w:type="dxa" w:w="3249"/>
            <w:vAlign w:val="center"/>
          </w:tcPr>
          <w:p>
            <w:pPr>
              <w:spacing w:after="40"/>
            </w:pPr>
            <w:r>
              <w:rPr>
                <w:rFonts w:ascii="Noto Sans" w:hAnsi="Noto Sans" w:eastAsia="Arial Unicode MS" w:cs="Noto Sans"/>
                <w:sz w:val="17"/>
              </w:rPr>
              <w:t>Prohibited.</w:t>
            </w:r>
          </w:p>
        </w:tc>
        <w:tc>
          <w:tcPr>
            <w:tcW w:type="dxa" w:w="3249"/>
            <w:vAlign w:val="center"/>
          </w:tcPr>
          <w:p>
            <w:pPr>
              <w:spacing w:after="40"/>
            </w:pPr>
            <w:r>
              <w:rPr>
                <w:rFonts w:ascii="Noto Sans" w:hAnsi="Noto Sans" w:eastAsia="Arial Unicode MS" w:cs="Noto Sans"/>
                <w:sz w:val="17"/>
              </w:rPr>
              <w:t>Does not fall under authorized general fan-created content.</w:t>
            </w:r>
          </w:p>
        </w:tc>
      </w:tr>
      <w:tr>
        <w:trPr>
          <w:cantSplit/>
        </w:trPr>
        <w:tc>
          <w:tcPr>
            <w:tcW w:type="dxa" w:w="3249"/>
            <w:vAlign w:val="center"/>
          </w:tcPr>
          <w:p>
            <w:pPr>
              <w:spacing w:after="40"/>
            </w:pPr>
            <w:r>
              <w:rPr>
                <w:rFonts w:ascii="Noto Sans" w:hAnsi="Noto Sans" w:eastAsia="Arial Unicode MS" w:cs="Noto Sans"/>
                <w:sz w:val="17"/>
              </w:rPr>
              <w:t>Upload official music separately as an OST compilation</w:t>
            </w:r>
          </w:p>
        </w:tc>
        <w:tc>
          <w:tcPr>
            <w:tcW w:type="dxa" w:w="3249"/>
            <w:vAlign w:val="center"/>
          </w:tcPr>
          <w:p>
            <w:pPr>
              <w:spacing w:after="40"/>
            </w:pPr>
            <w:r>
              <w:rPr>
                <w:rFonts w:ascii="Noto Sans" w:hAnsi="Noto Sans" w:eastAsia="Arial Unicode MS" w:cs="Noto Sans"/>
                <w:sz w:val="17"/>
              </w:rPr>
              <w:t>Prohibited</w:t>
            </w:r>
          </w:p>
        </w:tc>
        <w:tc>
          <w:tcPr>
            <w:tcW w:type="dxa" w:w="3249"/>
            <w:vAlign w:val="center"/>
          </w:tcPr>
          <w:p>
            <w:pPr>
              <w:spacing w:after="40"/>
            </w:pPr>
            <w:r>
              <w:rPr>
                <w:rFonts w:ascii="Noto Sans" w:hAnsi="Noto Sans" w:eastAsia="Arial Unicode MS" w:cs="Noto Sans"/>
                <w:sz w:val="17"/>
              </w:rPr>
              <w:t>Audio from gameplay in normal live-streams is exempt.</w:t>
            </w:r>
          </w:p>
        </w:tc>
      </w:tr>
      <w:tr>
        <w:trPr>
          <w:cantSplit/>
        </w:trPr>
        <w:tc>
          <w:tcPr>
            <w:tcW w:type="dxa" w:w="3249"/>
            <w:vAlign w:val="center"/>
          </w:tcPr>
          <w:p>
            <w:pPr>
              <w:spacing w:after="40"/>
            </w:pPr>
            <w:r>
              <w:rPr>
                <w:rFonts w:ascii="Noto Sans" w:hAnsi="Noto Sans" w:eastAsia="Arial Unicode MS" w:cs="Noto Sans"/>
                <w:sz w:val="17"/>
              </w:rPr>
              <w:t>Use official materials to create a fake official website or fake customer service</w:t>
            </w:r>
          </w:p>
        </w:tc>
        <w:tc>
          <w:tcPr>
            <w:tcW w:type="dxa" w:w="3249"/>
            <w:vAlign w:val="center"/>
          </w:tcPr>
          <w:p>
            <w:pPr>
              <w:spacing w:after="40"/>
            </w:pPr>
            <w:r>
              <w:rPr>
                <w:rFonts w:ascii="Noto Sans" w:hAnsi="Noto Sans" w:eastAsia="Arial Unicode MS" w:cs="Noto Sans"/>
                <w:sz w:val="17"/>
              </w:rPr>
              <w:t>Prohibited.</w:t>
            </w:r>
          </w:p>
        </w:tc>
        <w:tc>
          <w:tcPr>
            <w:tcW w:type="dxa" w:w="3249"/>
            <w:vAlign w:val="center"/>
          </w:tcPr>
          <w:p>
            <w:pPr>
              <w:spacing w:after="40"/>
            </w:pPr>
            <w:r>
              <w:rPr>
                <w:rFonts w:ascii="Noto Sans" w:hAnsi="Noto Sans" w:eastAsia="Arial Unicode MS" w:cs="Noto Sans"/>
                <w:sz w:val="17"/>
              </w:rPr>
              <w:t>May involve risks of fraud, trademark infringement, and unfair competition.</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contac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Fan Content &amp; Derivative Works Guidelines</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